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高一 Python 生活问题课程</w:t>
      </w:r>
    </w:p>
    <w:p>
      <w:pPr>
        <w:pStyle w:val="Subtitle"/>
      </w:pPr>
      <w:r>
        <w:t>福建高中会考准备中的程序设计基础</w:t>
      </w:r>
    </w:p>
    <w:p>
      <w:r>
        <w:t>本课程供零基础高一学生使用。按每课45分钟、共12课安排，用购物、春游、校园活动、阅读累计和增长实验学习Python。前10课覆盖用户确认的基础知识，最后2课通过走楼梯和汉诺塔练习由小到大解决问题。</w:t>
      </w:r>
    </w:p>
    <w:p>
      <w:r>
        <w:t>每课提供教师实施页与学生练习页；学生练习页可以单独打印。代码可复制到在线编辑器，学生无需本地安装或注册。课内用数据、规则和程序解释问题，基础验收以读、改、补、查和运行验证为主。</w:t>
      </w:r>
    </w:p>
    <w:p>
      <w:pPr>
        <w:pStyle w:val="Heading2"/>
      </w:pPr>
      <w:r>
        <w:t>学习终点</w:t>
      </w:r>
    </w:p>
    <w:p>
      <w:pPr>
        <w:pStyle w:val="ListBullet"/>
      </w:pPr>
      <w:r>
        <w:t>借助在线编辑器，使用变量、运算、输入输出、分支和循环求解至少3种生活问题，每个程序用普通数据与边界数据验证。</w:t>
      </w:r>
    </w:p>
    <w:p>
      <w:pPr>
        <w:pStyle w:val="ListBullet"/>
      </w:pPr>
      <w:r>
        <w:t>独立阅读不超过12行的基础程序，6道综合检查完成至少4道；能够解释变量怎样更新以及分支或循环为什么执行。</w:t>
      </w:r>
    </w:p>
    <w:p>
      <w:pPr>
        <w:pStyle w:val="ListBullet"/>
      </w:pPr>
      <w:r>
        <w:t>在给定模板和规则下，比较两种增长模型，说明结果依赖的假设；在终极挑战中从小实例找规律，解释规律来自哪里。</w:t>
      </w:r>
    </w:p>
    <w:p>
      <w:pPr>
        <w:pStyle w:val="Heading2"/>
      </w:pPr>
      <w:r>
        <w:t>学生每课的固定动作</w:t>
      </w:r>
    </w:p>
    <w:p>
      <w:r>
        <w:t>先预测并写理由，再运行比较；一次只修改一个条件或数据；完成一个新的同类问题；留下一个修改前后的例子和一句解释。新课提供能运行的短代码，先改数据、再补语句、最后撤掉模板。</w:t>
      </w:r>
    </w:p>
    <w:p>
      <w:pPr>
        <w:pStyle w:val="Heading2"/>
      </w:pPr>
      <w:r>
        <w:t>在线练习方法</w:t>
      </w:r>
    </w:p>
    <w:p>
      <w:hyperlink r:id="rId11">
        <w:r>
          <w:rPr>
            <w:color w:val="175A98"/>
            <w:u w:val="single"/>
          </w:rPr>
          <w:t>打开菜鸟 Python 3 在线编辑器</w:t>
        </w:r>
      </w:hyperlink>
    </w:p>
    <w:p>
      <w:r>
        <w:t>复制本课代码，替换编辑器中的示例，再点击运行。第3至5课含input，按网站实际输入区或提示依次提供数据；若页面不支持交互输入，将input所在行暂改为给定常量，仍可练习计算和控制结构。教师课前应在机房核对输入方式和中文显示。</w:t>
      </w:r>
    </w:p>
    <w:p>
      <w:r>
        <w:t>文档中round只用于展示近似数值，不把四舍五入后的余额存回下一轮。示例包含必要的辅助函数int、float、print、input、round；自定义函数、列表、随机数库、图形库和异常处理均不作基础要求。</w:t>
      </w:r>
    </w:p>
    <w:p>
      <w:pPr>
        <w:pStyle w:val="Heading1"/>
        <w:pageBreakBefore/>
      </w:pPr>
      <w:r>
        <w:t>十二课安排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4025"/>
        <w:gridCol w:w="4989"/>
      </w:tblGrid>
      <w:tr>
        <w:trPr>
          <w:tblHeader/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  <w:jc w:val="center"/>
            </w:pPr>
            <w:r>
              <w:rPr>
                <w:b/>
                <w:sz w:val="18"/>
              </w:rPr>
              <w:t>课次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问题情境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新增或重点练习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01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小卖部找零助手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变量、赋值、数字与字符串、print输出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02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春游大巴调度员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算术运算、/与//、%、括号、整数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03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班级饮品预算器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input、int、float、输入处理输出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04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周末电影票优惠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if、elif、else、关系运算、冒号与缩进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05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校园活动入场助手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and、or、not、==、布尔值、组合条件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06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一周运动打卡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for、range、循环变量、循环体、循环次数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07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班级阅读累计榜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累加器、初始值、for与if组合、取余判断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08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存款怎样越存越多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复用for、累乘、模型条件、round展示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09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如果每年增长百分之二十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循环模型比较、长时间增长、结果解释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存到目标需要几年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while、条件与更新、终止、边界、综合读改代码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终极挑战 走楼梯有多少种走法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找规律、循环更新、临时变量、基础内容迁移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402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终极挑战 汉诺塔要搬多久</w:t>
            </w:r>
          </w:p>
        </w:tc>
        <w:tc>
          <w:tcPr>
            <w:tcW w:type="dxa" w:w="4989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规则建模、分解问题、步数递推、整数幂、递归选学</w:t>
            </w:r>
          </w:p>
        </w:tc>
      </w:tr>
    </w:tbl>
    <w:p>
      <w:r/>
    </w:p>
    <w:p>
      <w:r>
        <w:t>推荐连续完成前10课，再进入最后2课；课时有限可压缩同类变式，不压缩输入转换、分支边界和循环变量更新的练习。需要更多时间的班级可把第3、4、10课各拆成两次。</w:t>
      </w:r>
    </w:p>
    <w:p>
      <w:r>
        <w:t>学习较慢的学生完成原题和一组修改；大多数学生完成基础任务和迁移任务；学有余力者做选学挑战。最后2课允许不同程度的成果，函数和递归不会成为所有学生的通过条件。</w:t>
      </w:r>
    </w:p>
    <w:p>
      <w:pPr>
        <w:pStyle w:val="Heading1"/>
        <w:pageBreakBefore/>
      </w:pPr>
      <w:r>
        <w:t>教师实施总说明</w:t>
      </w:r>
    </w:p>
    <w:p>
      <w:pPr>
        <w:pStyle w:val="Heading2"/>
      </w:pPr>
      <w:r>
        <w:t>课程主问题</w:t>
      </w:r>
    </w:p>
    <w:p>
      <w:r>
        <w:t>怎样把一件生活中的麻烦事，变成规则清楚、结果能够核对的Python程序？贯穿课程的做法是先说明数据与规则，再把步骤写成程序，最后用不同情况检验结果。</w:t>
      </w:r>
    </w:p>
    <w:p>
      <w:pPr>
        <w:pStyle w:val="Heading2"/>
      </w:pPr>
      <w:r>
        <w:t>每课四十五分钟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628"/>
      </w:tblGrid>
      <w:tr>
        <w:trPr>
          <w:tblHeader/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  <w:jc w:val="center"/>
            </w:pPr>
            <w:r>
              <w:rPr>
                <w:b/>
                <w:sz w:val="18"/>
              </w:rPr>
              <w:t>时间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学生做什么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教师看什么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0至5分钟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进入情境，先手算或猜测，写一句理由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是否找到问题中的数据和规则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5至13分钟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教师示范一段短代码，学生逐行解释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是否把新语句和原问题联系起来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13至25分钟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运行原题，再修改数据或补全关键语句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是否核对预测、发现并修复错误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25至38分钟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做迁移任务，同桌互查一组边界数据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是否能把方法用于新情境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38至45分钟</w:t>
            </w:r>
          </w:p>
        </w:tc>
        <w:tc>
          <w:tcPr>
            <w:tcW w:type="dxa" w:w="45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完成退出检查，说明一处修改和原因</w:t>
            </w:r>
          </w:p>
        </w:tc>
        <w:tc>
          <w:tcPr>
            <w:tcW w:type="dxa" w:w="36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是否有独立完成和解释的证据</w:t>
            </w:r>
          </w:p>
        </w:tc>
      </w:tr>
    </w:tbl>
    <w:p>
      <w:r/>
    </w:p>
    <w:p>
      <w:r>
        <w:t>每15分钟左右安排一次同桌解释。对“为什么、怎样证明”类问题给10至15秒安静思考，再请学生发言；保留不同猜测，利用错误推动下一次验证。</w:t>
      </w:r>
    </w:p>
    <w:p>
      <w:pPr>
        <w:pStyle w:val="Heading2"/>
      </w:pPr>
      <w:r>
        <w:t>课堂记录与反馈</w:t>
      </w:r>
    </w:p>
    <w:p>
      <w:r>
        <w:t>每课收两个证据：运行前的预测与理由，以及换数据或换情境后的程序。教师按“需要模板、能改参数、能补关键语句、能独立迁移”记录个人进步；不按完成速度排名。</w:t>
      </w:r>
    </w:p>
    <w:p>
      <w:r>
        <w:t>学生算错时先判断是规则不清、类型不对、分支边界不对，还是变量更新不对。反馈要具体，例如“请用年龄12测试你的条件”，让学生自己修复并说明原因。</w:t>
      </w:r>
    </w:p>
    <w:p>
      <w:pPr>
        <w:pStyle w:val="Heading2"/>
      </w:pPr>
      <w:r>
        <w:t>工具用途与预案</w:t>
      </w:r>
    </w:p>
    <w:p>
      <w:r>
        <w:t>情境和先手算阶段用口头、纸笔或实物，避免设备操作遮住问题；示范阶段教师投屏逐行指出变量变化；练习阶段在线编辑器给出运行结果；互查阶段用纸质数据表核对；退出检查独立完成。网络中断时，改为纸上追踪变量和补代码，待网络恢复运行核验。</w:t>
      </w:r>
    </w:p>
    <w:p>
      <w:pPr>
        <w:pStyle w:val="Heading2"/>
      </w:pPr>
      <w:r>
        <w:t>AI使用</w:t>
      </w:r>
    </w:p>
    <w:p>
      <w:r>
        <w:t>课堂基础练习和退出检查由学生独立预测、编写和解释，无需AI账号。教师可用AI准备错误例题；若学生在课外使用AI求助，应保留求助内容并指出自己核验过的地方。</w:t>
      </w:r>
    </w:p>
    <w:p>
      <w:pPr>
        <w:pStyle w:val="Heading1"/>
        <w:pageBreakBefore/>
      </w:pPr>
      <w:r>
        <w:t>教师参考依据与适用范围</w:t>
      </w:r>
    </w:p>
    <w:p>
      <w:r>
        <w:t>本设计直接采用用户已确认的六类Python基础知识与生活问题要求。学校当届福建信息技术合格性考试的详细范围尚未核验，课程作为程序设计基础训练，不视作整门信息技术学科的完整会考复习。</w:t>
      </w:r>
    </w:p>
    <w:p>
      <w:r>
        <w:t>已核验的历史课标参考为《普通高中信息技术课程标准（2017年版2020年修订）》必修模块“数据与计算”，内容要求1.6讨论简单算法及控制结构，1.7含原文“使用程序设计语言实现简单算法”。相关素养参考用词为计算思维、数字化学习与创新、信息社会责任。</w:t>
      </w:r>
    </w:p>
    <w:p>
      <w:hyperlink r:id="rId12">
        <w:r>
          <w:rPr>
            <w:color w:val="175A98"/>
            <w:u w:val="single"/>
          </w:rPr>
          <w:t>人民教育出版社提供的2020年修订课标原文</w:t>
        </w:r>
      </w:hyperlink>
    </w:p>
    <w:p>
      <w:r>
        <w:t>课程教材研究所已列出《普通高中信息科技课程标准日常修订版（2017年版2025年修订）》解读。本轮未获取该修订版完整原文，不把2020版称为截至本次设计的最新版本，也不编造2025版条目编号；具体条目和福建当届对应要求待学校核对。</w:t>
      </w:r>
    </w:p>
    <w:p>
      <w:hyperlink r:id="rId13">
        <w:r>
          <w:rPr>
            <w:color w:val="175A98"/>
            <w:u w:val="single"/>
          </w:rPr>
          <w:t>课程教材研究所的2025年修订课标解读入口</w:t>
        </w:r>
      </w:hyperlink>
    </w:p>
    <w:p>
      <w:hyperlink r:id="rId14">
        <w:r>
          <w:rPr>
            <w:color w:val="175A98"/>
            <w:u w:val="single"/>
          </w:rPr>
          <w:t>福建省教育考试院2026年1月合格性考试通知</w:t>
        </w:r>
      </w:hyperlink>
    </w:p>
    <w:p>
      <w:pPr>
        <w:pStyle w:val="Heading2"/>
      </w:pPr>
      <w:r>
        <w:t>学习目标怎样落实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2381"/>
        <w:gridCol w:w="5386"/>
      </w:tblGrid>
      <w:tr>
        <w:trPr>
          <w:tblHeader/>
          <w:cantSplit/>
        </w:trPr>
        <w:tc>
          <w:tcPr>
            <w:tcW w:type="dxa" w:w="187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  <w:jc w:val="center"/>
            </w:pPr>
            <w:r>
              <w:rPr>
                <w:b/>
                <w:sz w:val="18"/>
              </w:rPr>
              <w:t>目标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在哪些课练习</w:t>
            </w:r>
          </w:p>
        </w:tc>
        <w:tc>
          <w:tcPr>
            <w:tcW w:type="dxa" w:w="53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如何看见进步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数据与表达式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1至3课</w:t>
            </w:r>
          </w:p>
        </w:tc>
        <w:tc>
          <w:tcPr>
            <w:tcW w:type="dxa" w:w="53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修改数据后正确计算，并解释输入转换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判断规则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4至5课</w:t>
            </w:r>
          </w:p>
        </w:tc>
        <w:tc>
          <w:tcPr>
            <w:tcW w:type="dxa" w:w="53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常见值与边界值都正确，解释分支选择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循环与更新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6至10课</w:t>
            </w:r>
          </w:p>
        </w:tc>
        <w:tc>
          <w:tcPr>
            <w:tcW w:type="dxa" w:w="53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准确解释循环次数、初始值、更新和停止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模型与检验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8至12课</w:t>
            </w:r>
          </w:p>
        </w:tc>
        <w:tc>
          <w:tcPr>
            <w:tcW w:type="dxa" w:w="538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说明假设与规则来源，并用小实例核对</w:t>
            </w:r>
          </w:p>
        </w:tc>
      </w:tr>
    </w:tbl>
    <w:p>
      <w:r/>
    </w:p>
    <w:p>
      <w:r>
        <w:t>依据核验：2020课标原文与2025修订存在性可信度高；2025详细条目及福建当届Python考点对应关系待核实。教学设计适配度自评8/10，主要待实班核对的是输入操作方式、45分钟内学生完成速度和分层任务难度。</w:t>
      </w:r>
    </w:p>
    <w:p>
      <w:pPr>
        <w:pStyle w:val="Heading1"/>
        <w:pageBreakBefore/>
      </w:pPr>
      <w:r>
        <w:t>第1课 小卖部找零助手</w:t>
      </w:r>
    </w:p>
    <w:p>
      <w:r>
        <w:t>教师实施页   45分钟   基础课</w:t>
      </w:r>
    </w:p>
    <w:p>
      <w:r>
        <w:t>前接日常购物经验；后启需要分组、分车的整数计算。</w:t>
      </w:r>
    </w:p>
    <w:p>
      <w:pPr>
        <w:pStyle w:val="Heading2"/>
      </w:pPr>
      <w:r>
        <w:t>本课问题与目标</w:t>
      </w:r>
    </w:p>
    <w:p>
      <w:r>
        <w:t>怎样把一张购物小票变成能反复使用的计算程序？</w:t>
      </w:r>
    </w:p>
    <w:p>
      <w:r>
        <w:t>学生能借助在线编辑器，使用变量和print生成小票，原始数据与两组修改数据均计算正确；用一句话说明total = price * count的含义。（应用或分析层）</w:t>
      </w:r>
    </w:p>
    <w:p>
      <w:r>
        <w:t>课间到小卖部买3份6元的点心，付50元。营业员很忙，你能用程序核对总价和找零吗？</w:t>
      </w:r>
    </w:p>
    <w:p>
      <w:r>
        <w:t>题目条件：单价和付款为非负数，数量为非负整数；本课找零例题中付款不少于总价。</w:t>
      </w:r>
    </w:p>
    <w:p>
      <w:pPr>
        <w:pStyle w:val="Heading2"/>
      </w:pPr>
      <w:r>
        <w:t>按顺序追问</w:t>
      </w:r>
    </w:p>
    <w:p>
      <w:r>
        <w:t>问题1  先手算总价和找零，哪些数字会变化？</w:t>
      </w:r>
    </w:p>
    <w:p>
      <w:r>
        <w:t>问题2  把单价、数量、付款分别存进变量，计算应该按什么顺序执行？</w:t>
      </w:r>
    </w:p>
    <w:p>
      <w:r>
        <w:t>问题3  同一个变量重新赋值后，后面的结果为什么会改变？</w:t>
      </w:r>
    </w:p>
    <w:p>
      <w:r>
        <w:t>问题4  如果换成买练习本，你会保留哪些计算、修改哪些数据？</w:t>
      </w:r>
    </w:p>
    <w:p>
      <w:pPr>
        <w:pStyle w:val="Heading2"/>
      </w:pPr>
      <w:r>
        <w:t>四十五分钟怎样推进</w:t>
      </w:r>
    </w:p>
    <w:p>
      <w:r>
        <w:t>前5分钟  先不运行：总价和找零分别是多少？把count改成4，哪些输出会变？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把单价改成8、数量改成2、付款改成20；输出总价16元、找零4元。</w:t>
      </w:r>
    </w:p>
    <w:p>
      <w:r>
        <w:t>25至38分钟  自选一种校园物品，写一份自己的购物小票，并与同桌手算结果核对。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把=当作数学中的永恒等式；把"6"当作能直接参与数值计算的6。</w:t>
      </w:r>
    </w:p>
    <w:p>
      <w:r>
        <w:t>让学生从上到下读语句：每执行一行才更新相应变量；比较print(6 + 3)与print("6" + "3")。</w:t>
      </w:r>
    </w:p>
    <w:p>
      <w:pPr>
        <w:pStyle w:val="Heading2"/>
      </w:pPr>
      <w:r>
        <w:t>本课验收</w:t>
      </w:r>
    </w:p>
    <w:p>
      <w:r>
        <w:t>解释price、count、total分别存什么；独立修改两组数据且输出正确。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第1课 小卖部找零助手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课间到小卖部买3份6元的点心，付50元。营业员很忙，你能用程序核对总价和找零吗？</w:t>
      </w:r>
    </w:p>
    <w:p>
      <w:r>
        <w:t>重点：变量、赋值、数字与字符串、print输出</w:t>
      </w:r>
    </w:p>
    <w:p>
      <w:r>
        <w:t>题目条件：单价和付款为非负数，数量为非负整数；本课找零例题中付款不少于总价。</w:t>
      </w:r>
    </w:p>
    <w:p>
      <w:pPr>
        <w:pStyle w:val="Heading2"/>
      </w:pPr>
      <w:r>
        <w:t>先猜一猜</w:t>
      </w:r>
    </w:p>
    <w:p>
      <w:r>
        <w:t>先不运行：总价和找零分别是多少？把count改成4，哪些输出会变？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price = 6</w:t>
      </w:r>
    </w:p>
    <w:p>
      <w:pPr>
        <w:pStyle w:val="PythonCode"/>
      </w:pPr>
      <w:r>
        <w:t>count = 3</w:t>
      </w:r>
    </w:p>
    <w:p>
      <w:pPr>
        <w:pStyle w:val="PythonCode"/>
      </w:pPr>
      <w:r>
        <w:t>money = 50</w:t>
      </w:r>
    </w:p>
    <w:p>
      <w:pPr>
        <w:pStyle w:val="PythonCode"/>
      </w:pPr>
      <w:r>
        <w:t>total = price * count</w:t>
      </w:r>
    </w:p>
    <w:p>
      <w:pPr>
        <w:pStyle w:val="PythonCode"/>
      </w:pPr>
      <w:r>
        <w:t>change = money - total</w:t>
      </w:r>
    </w:p>
    <w:p>
      <w:pPr>
        <w:pStyle w:val="PythonCode"/>
      </w:pPr>
      <w:r>
        <w:t>print("总价", total, "元")</w:t>
      </w:r>
    </w:p>
    <w:p>
      <w:pPr>
        <w:pStyle w:val="PythonCode"/>
        <w:keepNext w:val="0"/>
      </w:pPr>
      <w:r>
        <w:t>print("找零", change, "元")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把单价改成8、数量改成2、付款改成20；输出总价16元、找零4元。</w:t>
      </w:r>
    </w:p>
    <w:p>
      <w:r>
        <w:rPr>
          <w:b/>
        </w:rPr>
        <w:t xml:space="preserve">换个问题  </w:t>
      </w:r>
      <w:r>
        <w:t>自选一种校园物品，写一份自己的购物小票，并与同桌手算结果核对。</w:t>
      </w:r>
    </w:p>
    <w:p>
      <w:r>
        <w:rPr>
          <w:b/>
        </w:rPr>
        <w:t xml:space="preserve">有余力再做  </w:t>
      </w:r>
      <w:r>
        <w:t>在一次运行中，先打印旧小票，再给count赋新值并重新计算；解释为什么只改count而不重新算total时，total不会自动改变。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执行a = 5；a = a + 2；print(a)，输出什么？为什么可以出现a = a + 2？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第2课 春游大巴调度员</w:t>
      </w:r>
    </w:p>
    <w:p>
      <w:r>
        <w:t>教师实施页   45分钟   基础课</w:t>
      </w:r>
    </w:p>
    <w:p>
      <w:r>
        <w:t>前接变量与计算顺序；后启用户自己输入数据。</w:t>
      </w:r>
    </w:p>
    <w:p>
      <w:pPr>
        <w:pStyle w:val="Heading2"/>
      </w:pPr>
      <w:r>
        <w:t>本课问题与目标</w:t>
      </w:r>
    </w:p>
    <w:p>
      <w:r>
        <w:t>有余数时，怎样计算刚好够用的大巴数量？</w:t>
      </w:r>
    </w:p>
    <w:p>
      <w:r>
        <w:t>学生能借助分组草图与在线编辑器，使用整除和取余计算车数，40、41、47三种人数都正确；解释为什么不能直接用students // seats当最终车数。（应用或分析层）</w:t>
      </w:r>
    </w:p>
    <w:p>
      <w:r>
        <w:t>47名同学春游，每辆大巴有20个可用座位。只看47除以20得到的小数，能直接决定租几辆车吗？</w:t>
      </w:r>
    </w:p>
    <w:p>
      <w:r>
        <w:t>题目条件：人数为非负整数，每车座位为正整数。</w:t>
      </w:r>
    </w:p>
    <w:p>
      <w:pPr>
        <w:pStyle w:val="Heading2"/>
      </w:pPr>
      <w:r>
        <w:t>按顺序追问</w:t>
      </w:r>
    </w:p>
    <w:p>
      <w:r>
        <w:t>问题1  47人按20人一组，可以装满几辆，还剩几人？</w:t>
      </w:r>
    </w:p>
    <w:p>
      <w:r>
        <w:t>问题2  /、//、%分别告诉我们什么？</w:t>
      </w:r>
    </w:p>
    <w:p>
      <w:r>
        <w:t>问题3  如果恰好40人，你提出的算法还会多租一辆吗？</w:t>
      </w:r>
    </w:p>
    <w:p>
      <w:r>
        <w:t>问题4  怎样选择边界数据，说服别人算法对不同人数都够用？</w:t>
      </w:r>
    </w:p>
    <w:p>
      <w:pPr>
        <w:pStyle w:val="Heading2"/>
      </w:pPr>
      <w:r>
        <w:t>四十五分钟怎样推进</w:t>
      </w:r>
    </w:p>
    <w:p>
      <w:r>
        <w:t>前5分钟  手算47 / 20、47 // 20、47 % 20；它们各自表示什么？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分别把students改为40和41，记录需要2辆和3辆；seats始终为正整数。</w:t>
      </w:r>
    </w:p>
    <w:p>
      <w:r>
        <w:t>25至38分钟  换成103本书，每箱装25本；算出需要5箱。自己再找一组整除和一组有余数的数据。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有余数仍只取整除结果；无论有没有余数都加1。</w:t>
      </w:r>
    </w:p>
    <w:p>
      <w:r>
        <w:t>并列展示40和41这对只差1的边界数据；让学生画2辆车的座位，再定位多出的那个人。公式暂难理解者先修改代码和核对表格，第4课再用if写直观版本。</w:t>
      </w:r>
    </w:p>
    <w:p>
      <w:pPr>
        <w:pStyle w:val="Heading2"/>
      </w:pPr>
      <w:r>
        <w:t>本课验收</w:t>
      </w:r>
    </w:p>
    <w:p>
      <w:r>
        <w:t>40、41、47三种人数车数正确；能说明整除的商和余数各有什么用。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第2课 春游大巴调度员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47名同学春游，每辆大巴有20个可用座位。只看47除以20得到的小数，能直接决定租几辆车吗？</w:t>
      </w:r>
    </w:p>
    <w:p>
      <w:r>
        <w:t>重点：算术运算、/与//、%、括号、整数</w:t>
      </w:r>
    </w:p>
    <w:p>
      <w:r>
        <w:t>题目条件：人数为非负整数，每车座位为正整数。</w:t>
      </w:r>
    </w:p>
    <w:p>
      <w:pPr>
        <w:pStyle w:val="Heading2"/>
      </w:pPr>
      <w:r>
        <w:t>先猜一猜</w:t>
      </w:r>
    </w:p>
    <w:p>
      <w:r>
        <w:t>手算47 / 20、47 // 20、47 % 20；它们各自表示什么？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students = 47</w:t>
      </w:r>
    </w:p>
    <w:p>
      <w:pPr>
        <w:pStyle w:val="PythonCode"/>
      </w:pPr>
      <w:r>
        <w:t>seats = 20</w:t>
      </w:r>
    </w:p>
    <w:p>
      <w:pPr>
        <w:pStyle w:val="PythonCode"/>
      </w:pPr>
      <w:r>
        <w:t>full = students // seats</w:t>
      </w:r>
    </w:p>
    <w:p>
      <w:pPr>
        <w:pStyle w:val="PythonCode"/>
      </w:pPr>
      <w:r>
        <w:t>left = students % seats</w:t>
      </w:r>
    </w:p>
    <w:p>
      <w:pPr>
        <w:pStyle w:val="PythonCode"/>
      </w:pPr>
      <w:r>
        <w:t>buses = (students + seats - 1) // seats</w:t>
      </w:r>
    </w:p>
    <w:p>
      <w:pPr>
        <w:pStyle w:val="PythonCode"/>
      </w:pPr>
      <w:r>
        <w:t>print("满车数", full)</w:t>
      </w:r>
    </w:p>
    <w:p>
      <w:pPr>
        <w:pStyle w:val="PythonCode"/>
      </w:pPr>
      <w:r>
        <w:t>print("余下人数", left)</w:t>
      </w:r>
    </w:p>
    <w:p>
      <w:pPr>
        <w:pStyle w:val="PythonCode"/>
        <w:keepNext w:val="0"/>
      </w:pPr>
      <w:r>
        <w:t>print("需要大巴", buses, "辆")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分别把students改为40和41，记录需要2辆和3辆；seats始终为正整数。</w:t>
      </w:r>
    </w:p>
    <w:p>
      <w:r>
        <w:rPr>
          <w:b/>
        </w:rPr>
        <w:t xml:space="preserve">换个问题  </w:t>
      </w:r>
      <w:r>
        <w:t>换成103本书，每箱装25本；算出需要5箱。自己再找一组整除和一组有余数的数据。</w:t>
      </w:r>
    </w:p>
    <w:p>
      <w:r>
        <w:rPr>
          <w:b/>
        </w:rPr>
        <w:t xml:space="preserve">有余力再做  </w:t>
      </w:r>
      <w:r>
        <w:t>只用已经学过的算术表达式，解释(students + seats - 1) // seats为什么在恰好整除时也成立。可用人数0到6、座位3的小表辅助说明。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print(17 // 5, 17 % 5)输出什么？把17换成20有什么变化？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第3课 班级饮品预算器</w:t>
      </w:r>
    </w:p>
    <w:p>
      <w:r>
        <w:t>教师实施页   45分钟   基础课</w:t>
      </w:r>
    </w:p>
    <w:p>
      <w:r>
        <w:t>前接变量与运算；后启程序根据预算结果做不同选择。</w:t>
      </w:r>
    </w:p>
    <w:p>
      <w:pPr>
        <w:pStyle w:val="Heading2"/>
      </w:pPr>
      <w:r>
        <w:t>本课问题与目标</w:t>
      </w:r>
    </w:p>
    <w:p>
      <w:r>
        <w:t>怎样把键盘输入的文字变成能够计算的数据？</w:t>
      </w:r>
    </w:p>
    <w:p>
      <w:r>
        <w:t>学生能在在线编辑器提供输入数据的条件下，使用int和float完成预算器，三组测试均正确；解释input得到的是字符串以及什么时候需要转换。（应用或分析层）</w:t>
      </w:r>
    </w:p>
    <w:p>
      <w:r>
        <w:t>班级活动买饮品，数量、单价和预算每次都不同。能不能让使用者直接输入，免得每次修改代码？</w:t>
      </w:r>
    </w:p>
    <w:p>
      <w:r>
        <w:t>题目条件：数量为非负整数，单价和预算为非负数；输入小数用英文句点，不输入单位。</w:t>
      </w:r>
    </w:p>
    <w:p>
      <w:pPr>
        <w:pStyle w:val="Heading2"/>
      </w:pPr>
      <w:r>
        <w:t>按顺序追问</w:t>
      </w:r>
    </w:p>
    <w:p>
      <w:r>
        <w:t>问题1  程序的哪些数据应交给使用者输入？</w:t>
      </w:r>
    </w:p>
    <w:p>
      <w:r>
        <w:t>问题2  输入3和4.5时，为什么分别用int和float？</w:t>
      </w:r>
    </w:p>
    <w:p>
      <w:r>
        <w:t>问题3  若把转换去掉，程序会怎样？怎样用最小例子验证？</w:t>
      </w:r>
    </w:p>
    <w:p>
      <w:r>
        <w:t>问题4  换成班级电影票预算，哪些变量名和提示语需要修改？</w:t>
      </w:r>
    </w:p>
    <w:p>
      <w:pPr>
        <w:pStyle w:val="Heading2"/>
      </w:pPr>
      <w:r>
        <w:t>四十五分钟怎样推进</w:t>
      </w:r>
    </w:p>
    <w:p>
      <w:r>
        <w:t>前5分钟  输入3、4.5、20，猜总价和预算余量；余量是负数说明什么？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依次运行3份×4.5元、2份×8元、4份×6元，预算均20元；保留一个超预算结果。</w:t>
      </w:r>
    </w:p>
    <w:p>
      <w:r>
        <w:t>25至38分钟  自选电影票、文具或班级活动用品，更换输入提示并测试。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input返回数字；int能转换任意小数字符串；负余量就是程序错。</w:t>
      </w:r>
    </w:p>
    <w:p>
      <w:r>
        <w:t>把文字"3"与数字3写在两列；数量采用整数、单价采用小数。让学生回到预算含义解释负数。</w:t>
      </w:r>
    </w:p>
    <w:p>
      <w:pPr>
        <w:pStyle w:val="Heading2"/>
      </w:pPr>
      <w:r>
        <w:t>本课验收</w:t>
      </w:r>
    </w:p>
    <w:p>
      <w:r>
        <w:t>三组数据均正确；输入、计算、输出三部分能分别指出。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第3课 班级饮品预算器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班级活动买饮品，数量、单价和预算每次都不同。能不能让使用者直接输入，免得每次修改代码？</w:t>
      </w:r>
    </w:p>
    <w:p>
      <w:r>
        <w:t>重点：input、int、float、输入处理输出</w:t>
      </w:r>
    </w:p>
    <w:p>
      <w:r>
        <w:t>题目条件：数量为非负整数，单价和预算为非负数；输入小数用英文句点，不输入单位。</w:t>
      </w:r>
    </w:p>
    <w:p>
      <w:pPr>
        <w:pStyle w:val="Heading2"/>
      </w:pPr>
      <w:r>
        <w:t>先猜一猜</w:t>
      </w:r>
    </w:p>
    <w:p>
      <w:r>
        <w:t>输入3、4.5、20，猜总价和预算余量；余量是负数说明什么？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cups = int(input("数量："))</w:t>
      </w:r>
    </w:p>
    <w:p>
      <w:pPr>
        <w:pStyle w:val="PythonCode"/>
      </w:pPr>
      <w:r>
        <w:t>price = float(input("单价："))</w:t>
      </w:r>
    </w:p>
    <w:p>
      <w:pPr>
        <w:pStyle w:val="PythonCode"/>
      </w:pPr>
      <w:r>
        <w:t>budget = float(input("预算："))</w:t>
      </w:r>
    </w:p>
    <w:p>
      <w:pPr>
        <w:pStyle w:val="PythonCode"/>
      </w:pPr>
      <w:r>
        <w:t>total = cups * price</w:t>
      </w:r>
    </w:p>
    <w:p>
      <w:pPr>
        <w:pStyle w:val="PythonCode"/>
      </w:pPr>
      <w:r>
        <w:t>left = budget - total</w:t>
      </w:r>
    </w:p>
    <w:p>
      <w:pPr>
        <w:pStyle w:val="PythonCode"/>
      </w:pPr>
      <w:r>
        <w:t>print("总价", round(total, 2), "元")</w:t>
      </w:r>
    </w:p>
    <w:p>
      <w:pPr>
        <w:pStyle w:val="PythonCode"/>
        <w:keepNext w:val="0"/>
      </w:pPr>
      <w:r>
        <w:t>print("预算余量", round(left, 2), "元")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依次运行3份×4.5元、2份×8元、4份×6元，预算均20元；保留一个超预算结果。</w:t>
      </w:r>
    </w:p>
    <w:p>
      <w:r>
        <w:rPr>
          <w:b/>
        </w:rPr>
        <w:t xml:space="preserve">换个问题  </w:t>
      </w:r>
      <w:r>
        <w:t>自选电影票、文具或班级活动用品，更换输入提示并测试。</w:t>
      </w:r>
    </w:p>
    <w:p>
      <w:r>
        <w:rPr>
          <w:b/>
        </w:rPr>
        <w:t xml:space="preserve">有余力再做  </w:t>
      </w:r>
      <w:r>
        <w:t>比较print("3" + "4")与print(int("3") + int("4"))；解释两种输出。尝试int("4.5")并读报错，本课不要求异常处理。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补全：age = ___(input("年龄："))。说明为什么直接用input后再加1可能出错。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第4课 周末电影票优惠</w:t>
      </w:r>
    </w:p>
    <w:p>
      <w:r>
        <w:t>教师实施页   45分钟   基础课</w:t>
      </w:r>
    </w:p>
    <w:p>
      <w:r>
        <w:t>前接输入和预算；后启多个条件合在一起。</w:t>
      </w:r>
    </w:p>
    <w:p>
      <w:pPr>
        <w:pStyle w:val="Heading2"/>
      </w:pPr>
      <w:r>
        <w:t>本课问题与目标</w:t>
      </w:r>
    </w:p>
    <w:p>
      <w:r>
        <w:t>怎样把有边界的票价规则写成不会漏人的判断？</w:t>
      </w:r>
    </w:p>
    <w:p>
      <w:r>
        <w:t>学生能借助规则说明，使用分支输出票价，11、12、17、18岁四个边界测试均正确；解释冒号和缩进标明哪个分支执行。（应用或分析层）</w:t>
      </w:r>
    </w:p>
    <w:p>
      <w:r>
        <w:t>模拟影院票价规则：未满12岁15元，12至未满18岁25元，18岁及以上35元。程序怎样自动选择票价？</w:t>
      </w:r>
    </w:p>
    <w:p>
      <w:r>
        <w:t>题目条件：年龄为非负整数；票价是本课模拟规则。</w:t>
      </w:r>
    </w:p>
    <w:p>
      <w:pPr>
        <w:pStyle w:val="Heading2"/>
      </w:pPr>
      <w:r>
        <w:t>按顺序追问</w:t>
      </w:r>
    </w:p>
    <w:p>
      <w:r>
        <w:t>问题1  11、12、17、18岁分别属于哪一档？</w:t>
      </w:r>
    </w:p>
    <w:p>
      <w:r>
        <w:t>问题2  程序先判断年龄小于12后，下一次只写age &lt; 18为什么够用？</w:t>
      </w:r>
    </w:p>
    <w:p>
      <w:r>
        <w:t>问题3  把&lt;改成&lt;=会影响哪些边界？</w:t>
      </w:r>
    </w:p>
    <w:p>
      <w:r>
        <w:t>问题4  遇到不清楚的年龄规则，你应该先补充规则还是先写代码？</w:t>
      </w:r>
    </w:p>
    <w:p>
      <w:pPr>
        <w:pStyle w:val="Heading2"/>
      </w:pPr>
      <w:r>
        <w:t>四十五分钟怎样推进</w:t>
      </w:r>
    </w:p>
    <w:p>
      <w:r>
        <w:t>前5分钟  不要先运行；按规则列出11、12、17、18四个年龄的票价。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按四个边界输入验证；将学生档票价改为20元并重新核对。</w:t>
      </w:r>
    </w:p>
    <w:p>
      <w:r>
        <w:t>25至38分钟  把第3课预算器加上if：余量小于0输出"预算不足"，否则输出"预算够用"。测试刚好用完的情况。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把&lt;和&lt;=混为一谈；丢掉冒号或缩进；连续多个if与if/elif的含义相同。</w:t>
      </w:r>
    </w:p>
    <w:p>
      <w:r>
        <w:t>先画三个互不重叠的年龄区间，再逐行追踪；缩进统一4个空格，错误时先看行号和分支边界。</w:t>
      </w:r>
    </w:p>
    <w:p>
      <w:pPr>
        <w:pStyle w:val="Heading2"/>
      </w:pPr>
      <w:r>
        <w:t>本课验收</w:t>
      </w:r>
    </w:p>
    <w:p>
      <w:r>
        <w:t>四个边界正确；能够说明18岁为什么走else。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第4课 周末电影票优惠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模拟影院票价规则：未满12岁15元，12至未满18岁25元，18岁及以上35元。程序怎样自动选择票价？</w:t>
      </w:r>
    </w:p>
    <w:p>
      <w:r>
        <w:t>重点：if、elif、else、关系运算、冒号与缩进</w:t>
      </w:r>
    </w:p>
    <w:p>
      <w:r>
        <w:t>题目条件：年龄为非负整数；票价是本课模拟规则。</w:t>
      </w:r>
    </w:p>
    <w:p>
      <w:pPr>
        <w:pStyle w:val="Heading2"/>
      </w:pPr>
      <w:r>
        <w:t>先猜一猜</w:t>
      </w:r>
    </w:p>
    <w:p>
      <w:r>
        <w:t>不要先运行；按规则列出11、12、17、18四个年龄的票价。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age = int(input("年龄："))</w:t>
      </w:r>
    </w:p>
    <w:p>
      <w:pPr>
        <w:pStyle w:val="PythonCode"/>
      </w:pPr>
      <w:r>
        <w:t>if age &lt; 12:</w:t>
      </w:r>
    </w:p>
    <w:p>
      <w:pPr>
        <w:pStyle w:val="PythonCode"/>
      </w:pPr>
      <w:r>
        <w:t xml:space="preserve">    price = 15</w:t>
      </w:r>
    </w:p>
    <w:p>
      <w:pPr>
        <w:pStyle w:val="PythonCode"/>
      </w:pPr>
      <w:r>
        <w:t>elif age &lt; 18:</w:t>
      </w:r>
    </w:p>
    <w:p>
      <w:pPr>
        <w:pStyle w:val="PythonCode"/>
      </w:pPr>
      <w:r>
        <w:t xml:space="preserve">    price = 25</w:t>
      </w:r>
    </w:p>
    <w:p>
      <w:pPr>
        <w:pStyle w:val="PythonCode"/>
      </w:pPr>
      <w:r>
        <w:t>else:</w:t>
      </w:r>
    </w:p>
    <w:p>
      <w:pPr>
        <w:pStyle w:val="PythonCode"/>
      </w:pPr>
      <w:r>
        <w:t xml:space="preserve">    price = 35</w:t>
      </w:r>
    </w:p>
    <w:p>
      <w:pPr>
        <w:pStyle w:val="PythonCode"/>
        <w:keepNext w:val="0"/>
      </w:pPr>
      <w:r>
        <w:t>print("票价", price, "元")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按四个边界输入验证；将学生档票价改为20元并重新核对。</w:t>
      </w:r>
    </w:p>
    <w:p>
      <w:r>
        <w:rPr>
          <w:b/>
        </w:rPr>
        <w:t xml:space="preserve">换个问题  </w:t>
      </w:r>
      <w:r>
        <w:t>把第3课预算器加上if：余量小于0输出"预算不足"，否则输出"预算够用"。测试刚好用完的情况。</w:t>
      </w:r>
    </w:p>
    <w:p>
      <w:r>
        <w:rPr>
          <w:b/>
        </w:rPr>
        <w:t xml:space="preserve">有余力再做  </w:t>
      </w:r>
      <w:r>
        <w:t>用if和%重写第2课车数：先取整除结果，仅在余数大于0时加1；和原公式比较两组边界数据。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score = 60；若if score &gt; 60输出"及格"，else输出"未及格"，哪里不符合60分及格的规则？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第5课 校园活动入场助手</w:t>
      </w:r>
    </w:p>
    <w:p>
      <w:r>
        <w:t>教师实施页   45分钟   基础课</w:t>
      </w:r>
    </w:p>
    <w:p>
      <w:r>
        <w:t>前接单一分支；后启同一动作重复执行。</w:t>
      </w:r>
    </w:p>
    <w:p>
      <w:pPr>
        <w:pStyle w:val="Heading2"/>
      </w:pPr>
      <w:r>
        <w:t>本课问题与目标</w:t>
      </w:r>
    </w:p>
    <w:p>
      <w:r>
        <w:t>怎样把“满足任一项”和“同时满足”准确写进程序？</w:t>
      </w:r>
    </w:p>
    <w:p>
      <w:r>
        <w:t>学生能在给定入场规则与预约状态True或False的条件下，使用and与or表达规则，四组测试均正确；用一句话解释括号的作用。（应用或分析层）</w:t>
      </w:r>
    </w:p>
    <w:p>
      <w:r>
        <w:t>模拟活动规则：年级为1或2，且本人已预约，才可入场。怎么避免只检查一项就放行？</w:t>
      </w:r>
    </w:p>
    <w:p>
      <w:r>
        <w:t>题目条件：年级只取1、2、3；预约状态直接在代码中写True或False，不加引号。</w:t>
      </w:r>
    </w:p>
    <w:p>
      <w:pPr>
        <w:pStyle w:val="Heading2"/>
      </w:pPr>
      <w:r>
        <w:t>按顺序追问</w:t>
      </w:r>
    </w:p>
    <w:p>
      <w:r>
        <w:t>问题1  高一年级但没有预约，符合几项条件？</w:t>
      </w:r>
    </w:p>
    <w:p>
      <w:r>
        <w:t>问题2  高一或高二应怎样表示？为什么要与预约条件连接？</w:t>
      </w:r>
    </w:p>
    <w:p>
      <w:r>
        <w:t>问题3  如果去掉括号，怎样挑一组数据检查规则是否改变？</w:t>
      </w:r>
    </w:p>
    <w:p>
      <w:r>
        <w:t>问题4  能否为同样的程序设计一套不同的校园规则并写明理由？</w:t>
      </w:r>
    </w:p>
    <w:p>
      <w:pPr>
        <w:pStyle w:val="Heading2"/>
      </w:pPr>
      <w:r>
        <w:t>四十五分钟怎样推进</w:t>
      </w:r>
    </w:p>
    <w:p>
      <w:r>
        <w:t>前5分钟  booked为True时，高一、高二、高三分别会怎样？如果booked为False呢？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测试高一已预约、高二已预约、高三已预约；再将booked改为False测试高一未预约。</w:t>
      </w:r>
    </w:p>
    <w:p>
      <w:r>
        <w:t>25至38分钟  自选“借阅实验器材”或“活动报名”规则，写清哪些条件要同时满足、哪些只需满足一个；让同桌找反例。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用=表示比较；把and当成or；True当作字符串"True"；去掉括号后条件含义不变。</w:t>
      </w:r>
    </w:p>
    <w:p>
      <w:r>
        <w:t>用四张情况卡逐一检验，而不背运算优先级。指出布尔值True和False不用引号，比较用==。</w:t>
      </w:r>
    </w:p>
    <w:p>
      <w:pPr>
        <w:pStyle w:val="Heading2"/>
      </w:pPr>
      <w:r>
        <w:t>本课验收</w:t>
      </w:r>
    </w:p>
    <w:p>
      <w:r>
        <w:t>四种组合正确；能用自己的话说清and与or。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第5课 校园活动入场助手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模拟活动规则：年级为1或2，且本人已预约，才可入场。怎么避免只检查一项就放行？</w:t>
      </w:r>
    </w:p>
    <w:p>
      <w:r>
        <w:t>重点：and、or、not、==、布尔值、组合条件</w:t>
      </w:r>
    </w:p>
    <w:p>
      <w:r>
        <w:t>题目条件：年级只取1、2、3；预约状态直接在代码中写True或False，不加引号。</w:t>
      </w:r>
    </w:p>
    <w:p>
      <w:pPr>
        <w:pStyle w:val="Heading2"/>
      </w:pPr>
      <w:r>
        <w:t>先猜一猜</w:t>
      </w:r>
    </w:p>
    <w:p>
      <w:r>
        <w:t>booked为True时，高一、高二、高三分别会怎样？如果booked为False呢？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grade = int(input("年级1、2或3："))</w:t>
      </w:r>
    </w:p>
    <w:p>
      <w:pPr>
        <w:pStyle w:val="PythonCode"/>
      </w:pPr>
      <w:r>
        <w:t>booked = True</w:t>
      </w:r>
    </w:p>
    <w:p>
      <w:pPr>
        <w:pStyle w:val="PythonCode"/>
      </w:pPr>
      <w:r>
        <w:t>allowed = (grade == 1 or grade == 2) and booked</w:t>
      </w:r>
    </w:p>
    <w:p>
      <w:pPr>
        <w:pStyle w:val="PythonCode"/>
      </w:pPr>
      <w:r>
        <w:t>if allowed:</w:t>
      </w:r>
    </w:p>
    <w:p>
      <w:pPr>
        <w:pStyle w:val="PythonCode"/>
      </w:pPr>
      <w:r>
        <w:t xml:space="preserve">    print("可以入场")</w:t>
      </w:r>
    </w:p>
    <w:p>
      <w:pPr>
        <w:pStyle w:val="PythonCode"/>
      </w:pPr>
      <w:r>
        <w:t>else:</w:t>
      </w:r>
    </w:p>
    <w:p>
      <w:pPr>
        <w:pStyle w:val="PythonCode"/>
      </w:pPr>
      <w:r>
        <w:t xml:space="preserve">    print("请核对年级和预约")</w:t>
      </w:r>
    </w:p>
    <w:p>
      <w:pPr>
        <w:pStyle w:val="PythonCode"/>
        <w:keepNext w:val="0"/>
      </w:pPr>
      <w:r>
        <w:t>print("是否预约", booked)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测试高一已预约、高二已预约、高三已预约；再将booked改为False测试高一未预约。</w:t>
      </w:r>
    </w:p>
    <w:p>
      <w:r>
        <w:rPr>
          <w:b/>
        </w:rPr>
        <w:t xml:space="preserve">换个问题  </w:t>
      </w:r>
      <w:r>
        <w:t>自选“借阅实验器材”或“活动报名”规则，写清哪些条件要同时满足、哪些只需满足一个；让同桌找反例。</w:t>
      </w:r>
    </w:p>
    <w:p>
      <w:r>
        <w:rPr>
          <w:b/>
        </w:rPr>
        <w:t xml:space="preserve">有余力再做  </w:t>
      </w:r>
      <w:r>
        <w:t>用not booked判断"尚未预约"。比较带括号与不带括号的条件，在grade = 1且booked = False时找出差别。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给定x = 8，表达式x &gt;= 5 and x &lt;= 10的值是什么？为什么将and换成or不能准确表达5到10之间？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第6课 一周运动打卡</w:t>
      </w:r>
    </w:p>
    <w:p>
      <w:r>
        <w:t>教师实施页   45分钟   基础课</w:t>
      </w:r>
    </w:p>
    <w:p>
      <w:r>
        <w:t>前接分支和缩进；后启把每次结果累计到变量中。</w:t>
      </w:r>
    </w:p>
    <w:p>
      <w:pPr>
        <w:pStyle w:val="Heading2"/>
      </w:pPr>
      <w:r>
        <w:t>本课问题与目标</w:t>
      </w:r>
    </w:p>
    <w:p>
      <w:r>
        <w:t>怎样用一段循环准确生成规定天数的提醒？</w:t>
      </w:r>
    </w:p>
    <w:p>
      <w:r>
        <w:t>学生能借助在线编辑器，使用for与range生成编号提醒，7天和21天均无缺号或多号；解释range的终点为什么没有出现。（应用或分析层）</w:t>
      </w:r>
    </w:p>
    <w:p>
      <w:r>
        <w:t>学校开展7天运动打卡，每天发布一次提醒。复制7遍print之后，活动改成21天怎么办？</w:t>
      </w:r>
    </w:p>
    <w:p>
      <w:r>
        <w:t>题目条件：天数为非负整数；标准练习采用7天和21天。</w:t>
      </w:r>
    </w:p>
    <w:p>
      <w:pPr>
        <w:pStyle w:val="Heading2"/>
      </w:pPr>
      <w:r>
        <w:t>按顺序追问</w:t>
      </w:r>
    </w:p>
    <w:p>
      <w:r>
        <w:t>问题1  提醒中哪部分相同、哪部分随天数改变？</w:t>
      </w:r>
    </w:p>
    <w:p>
      <w:r>
        <w:t>问题2  range(1, 8)实际包含哪些数？</w:t>
      </w:r>
    </w:p>
    <w:p>
      <w:r>
        <w:t>问题3  如果把print移到循环外，为什么只输出一次？</w:t>
      </w:r>
    </w:p>
    <w:p>
      <w:r>
        <w:t>问题4  你会用首条、末条和总条数中的哪些证据证明21天提醒正确？</w:t>
      </w:r>
    </w:p>
    <w:p>
      <w:pPr>
        <w:pStyle w:val="Heading2"/>
      </w:pPr>
      <w:r>
        <w:t>四十五分钟怎样推进</w:t>
      </w:r>
    </w:p>
    <w:p>
      <w:r>
        <w:t>前5分钟  range(1, 8)包括8吗？"打卡计划结束"出现几次？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把days改为21，核对第一天、最后一天与提醒次数。</w:t>
      </w:r>
    </w:p>
    <w:p>
      <w:r>
        <w:t>25至38分钟  改成班级阅读打卡或实验观察提醒；保留编号和结束提示。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range包含终点；循环体之外的语句也会重复；循环变量只能叫i。</w:t>
      </w:r>
    </w:p>
    <w:p>
      <w:r>
        <w:t>手写range给出的数；用缩进标记“会重复的几行”，对比循环内外输出。</w:t>
      </w:r>
    </w:p>
    <w:p>
      <w:pPr>
        <w:pStyle w:val="Heading2"/>
      </w:pPr>
      <w:r>
        <w:t>本课验收</w:t>
      </w:r>
    </w:p>
    <w:p>
      <w:r>
        <w:t>7和21天编号正确；能解释days + 1以及循环内外的区别。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第6课 一周运动打卡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学校开展7天运动打卡，每天发布一次提醒。复制7遍print之后，活动改成21天怎么办？</w:t>
      </w:r>
    </w:p>
    <w:p>
      <w:r>
        <w:t>重点：for、range、循环变量、循环体、循环次数</w:t>
      </w:r>
    </w:p>
    <w:p>
      <w:r>
        <w:t>题目条件：天数为非负整数；标准练习采用7天和21天。</w:t>
      </w:r>
    </w:p>
    <w:p>
      <w:pPr>
        <w:pStyle w:val="Heading2"/>
      </w:pPr>
      <w:r>
        <w:t>先猜一猜</w:t>
      </w:r>
    </w:p>
    <w:p>
      <w:r>
        <w:t>range(1, 8)包括8吗？"打卡计划结束"出现几次？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days = 7</w:t>
      </w:r>
    </w:p>
    <w:p>
      <w:pPr>
        <w:pStyle w:val="PythonCode"/>
      </w:pPr>
      <w:r>
        <w:t>for day in range(1, days + 1):</w:t>
      </w:r>
    </w:p>
    <w:p>
      <w:pPr>
        <w:pStyle w:val="PythonCode"/>
      </w:pPr>
      <w:r>
        <w:t xml:space="preserve">    print("第", day, "天：完成运动打卡")</w:t>
      </w:r>
    </w:p>
    <w:p>
      <w:pPr>
        <w:pStyle w:val="PythonCode"/>
        <w:keepNext w:val="0"/>
      </w:pPr>
      <w:r>
        <w:t>print("打卡计划结束")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把days改为21，核对第一天、最后一天与提醒次数。</w:t>
      </w:r>
    </w:p>
    <w:p>
      <w:r>
        <w:rPr>
          <w:b/>
        </w:rPr>
        <w:t xml:space="preserve">换个问题  </w:t>
      </w:r>
      <w:r>
        <w:t>改成班级阅读打卡或实验观察提醒；保留编号和结束提示。</w:t>
      </w:r>
    </w:p>
    <w:p>
      <w:r>
        <w:rPr>
          <w:b/>
        </w:rPr>
        <w:t xml:space="preserve">有余力再做  </w:t>
      </w:r>
      <w:r>
        <w:t>观察range(2, 11, 2)，打印偶数编号；解释第三个参数怎样影响每次变化。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for i in range(3): print(i)会输出哪些数？循环多少次？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第7课 班级阅读累计榜</w:t>
      </w:r>
    </w:p>
    <w:p>
      <w:r>
        <w:t>教师实施页   45分钟   基础课</w:t>
      </w:r>
    </w:p>
    <w:p>
      <w:r>
        <w:t>前接固定次数循环；后启单利和复利的逐年更新。</w:t>
      </w:r>
    </w:p>
    <w:p>
      <w:pPr>
        <w:pStyle w:val="Heading2"/>
      </w:pPr>
      <w:r>
        <w:t>本课问题与目标</w:t>
      </w:r>
    </w:p>
    <w:p>
      <w:r>
        <w:t>怎样保存已经算过的结果，让下一次循环接着算？</w:t>
      </w:r>
    </w:p>
    <w:p>
      <w:r>
        <w:t>学生能借助前三轮变量记录表，使用累加器计算7天和10天阅读量，结果分别为28和55；解释初始化为何放在循环外。（应用或分析层）</w:t>
      </w:r>
    </w:p>
    <w:p>
      <w:r>
        <w:t>阅读挑战：第1天读1页，第2天读2页，依次增加，到第7天共读了多少页？能不能同时统计偶数天的阅读页数？</w:t>
      </w:r>
    </w:p>
    <w:p>
      <w:r>
        <w:t>题目条件：天数为非负整数；第day天读day页是本课模拟规则。</w:t>
      </w:r>
    </w:p>
    <w:p>
      <w:pPr>
        <w:pStyle w:val="Heading2"/>
      </w:pPr>
      <w:r>
        <w:t>按顺序追问</w:t>
      </w:r>
    </w:p>
    <w:p>
      <w:r>
        <w:t>问题1  前3天累计量怎样一步一步变化？</w:t>
      </w:r>
    </w:p>
    <w:p>
      <w:r>
        <w:t>问题2  total = total + day两边的total分别指更新前还是更新后的值？</w:t>
      </w:r>
    </w:p>
    <w:p>
      <w:r>
        <w:t>问题3  把total = 0移到循环内，为什么最后只剩最后一天？</w:t>
      </w:r>
    </w:p>
    <w:p>
      <w:r>
        <w:t>问题4  哪些情况适合累加，哪些情况应该反复相乘？怎样举例？</w:t>
      </w:r>
    </w:p>
    <w:p>
      <w:pPr>
        <w:pStyle w:val="Heading2"/>
      </w:pPr>
      <w:r>
        <w:t>四十五分钟怎样推进</w:t>
      </w:r>
    </w:p>
    <w:p>
      <w:r>
        <w:t>前5分钟  填前三轮：day为1、2、3时，total分别是多少？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把days改为10；得到55页。将初始值放错位置，观察并解释错误。</w:t>
      </w:r>
    </w:p>
    <w:p>
      <w:r>
        <w:t>25至38分钟  增加even_total = 0，只在day % 2 == 0时累计当天页数；7天的偶数天累计为12页。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每轮重置累加器；累乘从0开始；把输出结果当成变量更新。</w:t>
      </w:r>
    </w:p>
    <w:p>
      <w:r>
        <w:t>用“账本”比喻total：每次在旧总额上添一项。逐轮写day、旧total、新total。</w:t>
      </w:r>
    </w:p>
    <w:p>
      <w:pPr>
        <w:pStyle w:val="Heading2"/>
      </w:pPr>
      <w:r>
        <w:t>本课验收</w:t>
      </w:r>
    </w:p>
    <w:p>
      <w:r>
        <w:t>7天与10天总量正确；能修复初始化位置错误。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第7课 班级阅读累计榜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阅读挑战：第1天读1页，第2天读2页，依次增加，到第7天共读了多少页？能不能同时统计偶数天的阅读页数？</w:t>
      </w:r>
    </w:p>
    <w:p>
      <w:r>
        <w:t>重点：累加器、初始值、for与if组合、取余判断</w:t>
      </w:r>
    </w:p>
    <w:p>
      <w:r>
        <w:t>题目条件：天数为非负整数；第day天读day页是本课模拟规则。</w:t>
      </w:r>
    </w:p>
    <w:p>
      <w:pPr>
        <w:pStyle w:val="Heading2"/>
      </w:pPr>
      <w:r>
        <w:t>先猜一猜</w:t>
      </w:r>
    </w:p>
    <w:p>
      <w:r>
        <w:t>填前三轮：day为1、2、3时，total分别是多少？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days = 7</w:t>
      </w:r>
    </w:p>
    <w:p>
      <w:pPr>
        <w:pStyle w:val="PythonCode"/>
      </w:pPr>
      <w:r>
        <w:t>total = 0</w:t>
      </w:r>
    </w:p>
    <w:p>
      <w:pPr>
        <w:pStyle w:val="PythonCode"/>
      </w:pPr>
      <w:r>
        <w:t>for day in range(1, days + 1):</w:t>
      </w:r>
    </w:p>
    <w:p>
      <w:pPr>
        <w:pStyle w:val="PythonCode"/>
      </w:pPr>
      <w:r>
        <w:t xml:space="preserve">    total = total + day</w:t>
      </w:r>
    </w:p>
    <w:p>
      <w:pPr>
        <w:pStyle w:val="PythonCode"/>
      </w:pPr>
      <w:r>
        <w:t xml:space="preserve">    print("第", day, "天累计", total, "页")</w:t>
      </w:r>
    </w:p>
    <w:p>
      <w:pPr>
        <w:pStyle w:val="PythonCode"/>
        <w:keepNext w:val="0"/>
      </w:pPr>
      <w:r>
        <w:t>print("总阅读量", total, "页")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把days改为10；得到55页。将初始值放错位置，观察并解释错误。</w:t>
      </w:r>
    </w:p>
    <w:p>
      <w:r>
        <w:rPr>
          <w:b/>
        </w:rPr>
        <w:t xml:space="preserve">换个问题  </w:t>
      </w:r>
      <w:r>
        <w:t>增加even_total = 0，只在day % 2 == 0时累计当天页数；7天的偶数天累计为12页。</w:t>
      </w:r>
    </w:p>
    <w:p>
      <w:r>
        <w:rPr>
          <w:b/>
        </w:rPr>
        <w:t xml:space="preserve">有余力再做  </w:t>
      </w:r>
      <w:r>
        <w:t>计算1到5的连乘：product从1开始，每轮乘当前数；得到120。解释为什么不能从0开始。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total = 0；循环i取1、2、3，每轮total = total + i，循环后total是多少？若初始化改为10呢？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第8课 存款怎样越存越多</w:t>
      </w:r>
    </w:p>
    <w:p>
      <w:r>
        <w:t>教师实施页   45分钟   基础课</w:t>
      </w:r>
    </w:p>
    <w:p>
      <w:r>
        <w:t>前接累乘；后启长时间重复增长的惊人差异。</w:t>
      </w:r>
    </w:p>
    <w:p>
      <w:pPr>
        <w:pStyle w:val="Heading2"/>
      </w:pPr>
      <w:r>
        <w:t>本课问题与目标</w:t>
      </w:r>
    </w:p>
    <w:p>
      <w:r>
        <w:t>“每年按原本金计息”和“按新余额计息”有什么区别？</w:t>
      </w:r>
    </w:p>
    <w:p>
      <w:r>
        <w:t>学生能在给定教学利率与无追加存款的条件下，使用循环计算3年复利，输出1061.21元，并与单利1060元比较；用文字说明两种计息基数。（应用或分析层）</w:t>
      </w:r>
    </w:p>
    <w:p>
      <w:r>
        <w:t>教学模拟银行：本金1000元，固定年利率2%，连续存3年。每年按原本金计息和每年按当前余额计息，累计本息为什么不同？</w:t>
      </w:r>
    </w:p>
    <w:p>
      <w:r>
        <w:t>题目条件：本金为正数，教学年利率为非负数，年数为非负整数；不追加、不取出，复利每年结算一次。</w:t>
      </w:r>
    </w:p>
    <w:p>
      <w:pPr>
        <w:pStyle w:val="Heading2"/>
      </w:pPr>
      <w:r>
        <w:t>按顺序追问</w:t>
      </w:r>
    </w:p>
    <w:p>
      <w:r>
        <w:t>问题1  第一年两种办法各增加多少？</w:t>
      </w:r>
    </w:p>
    <w:p>
      <w:r>
        <w:t>问题2  第二年复利按1000元还是1020元计算？</w:t>
      </w:r>
    </w:p>
    <w:p>
      <w:r>
        <w:t>问题3  单利与复利程序中，哪一个量每年变化？</w:t>
      </w:r>
    </w:p>
    <w:p>
      <w:r>
        <w:t>问题4  如果利率或结算方式改变，你需要先核对哪些假设才能使用结果？</w:t>
      </w:r>
    </w:p>
    <w:p>
      <w:pPr>
        <w:pStyle w:val="Heading2"/>
      </w:pPr>
      <w:r>
        <w:t>四十五分钟怎样推进</w:t>
      </w:r>
    </w:p>
    <w:p>
      <w:r>
        <w:t>前5分钟  第二年复利利息比20元多多少？先写前两年的余额，再运行。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比较1年和3年；再用rate = 0验证本金不变。</w:t>
      </w:r>
    </w:p>
    <w:p>
      <w:r>
        <w:t>25至38分钟  把本金改成2000或年数改成5；说明哪项数据变了、哪条规则保留。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把2%写成2；每年都按原本金算却称为复利；每轮round后再作为下一年基数。</w:t>
      </w:r>
    </w:p>
    <w:p>
      <w:r>
        <w:t>第一年手算并比较0.02与2；只在print中使用round，内部保留原精度。</w:t>
      </w:r>
    </w:p>
    <w:p>
      <w:pPr>
        <w:pStyle w:val="Heading2"/>
      </w:pPr>
      <w:r>
        <w:t>本课验收</w:t>
      </w:r>
    </w:p>
    <w:p>
      <w:r>
        <w:t>3年两个结果正确；能说明1000、0.02、3各自代表什么和模型条件。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第8课 存款怎样越存越多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教学模拟银行：本金1000元，固定年利率2%，连续存3年。每年按原本金计息和每年按当前余额计息，累计本息为什么不同？</w:t>
      </w:r>
    </w:p>
    <w:p>
      <w:r>
        <w:t>重点：复用for、累乘、模型条件、round展示</w:t>
      </w:r>
    </w:p>
    <w:p>
      <w:r>
        <w:t>题目条件：本金为正数，教学年利率为非负数，年数为非负整数；不追加、不取出，复利每年结算一次。</w:t>
      </w:r>
    </w:p>
    <w:p>
      <w:pPr>
        <w:pStyle w:val="Heading2"/>
      </w:pPr>
      <w:r>
        <w:t>先猜一猜</w:t>
      </w:r>
    </w:p>
    <w:p>
      <w:r>
        <w:t>第二年复利利息比20元多多少？先写前两年的余额，再运行。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principal = 1000</w:t>
      </w:r>
    </w:p>
    <w:p>
      <w:pPr>
        <w:pStyle w:val="PythonCode"/>
      </w:pPr>
      <w:r>
        <w:t>rate = 0.02</w:t>
      </w:r>
    </w:p>
    <w:p>
      <w:pPr>
        <w:pStyle w:val="PythonCode"/>
      </w:pPr>
      <w:r>
        <w:t>years = 3</w:t>
      </w:r>
    </w:p>
    <w:p>
      <w:pPr>
        <w:pStyle w:val="PythonCode"/>
      </w:pPr>
      <w:r>
        <w:t>simple = principal + principal * rate * years</w:t>
      </w:r>
    </w:p>
    <w:p>
      <w:pPr>
        <w:pStyle w:val="PythonCode"/>
      </w:pPr>
      <w:r>
        <w:t>balance = principal</w:t>
      </w:r>
    </w:p>
    <w:p>
      <w:pPr>
        <w:pStyle w:val="PythonCode"/>
      </w:pPr>
      <w:r>
        <w:t>for year in range(1, years + 1):</w:t>
      </w:r>
    </w:p>
    <w:p>
      <w:pPr>
        <w:pStyle w:val="PythonCode"/>
      </w:pPr>
      <w:r>
        <w:t xml:space="preserve">    balance = balance * (1 + rate)</w:t>
      </w:r>
    </w:p>
    <w:p>
      <w:pPr>
        <w:pStyle w:val="PythonCode"/>
      </w:pPr>
      <w:r>
        <w:t xml:space="preserve">    print("第", year, "年余额", round(balance, 2))</w:t>
      </w:r>
    </w:p>
    <w:p>
      <w:pPr>
        <w:pStyle w:val="PythonCode"/>
      </w:pPr>
      <w:r>
        <w:t>print("单利本息", round(simple, 2))</w:t>
      </w:r>
    </w:p>
    <w:p>
      <w:pPr>
        <w:pStyle w:val="PythonCode"/>
        <w:keepNext w:val="0"/>
      </w:pPr>
      <w:r>
        <w:t>print("复利本息", round(balance, 2))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比较1年和3年；再用rate = 0验证本金不变。</w:t>
      </w:r>
    </w:p>
    <w:p>
      <w:r>
        <w:rPr>
          <w:b/>
        </w:rPr>
        <w:t xml:space="preserve">换个问题  </w:t>
      </w:r>
      <w:r>
        <w:t>把本金改成2000或年数改成5；说明哪项数据变了、哪条规则保留。</w:t>
      </w:r>
    </w:p>
    <w:p>
      <w:r>
        <w:rPr>
          <w:b/>
        </w:rPr>
        <w:t xml:space="preserve">有余力再做  </w:t>
      </w:r>
      <w:r>
        <w:t>打印每年利息balance * rate后再更新balance，解释不能把余额当成本年利息。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balance = 1000；每年balance = balance * 1.02，执行两次后是多少？为何不是1040？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第9课 如果每年增长百分之二十</w:t>
      </w:r>
    </w:p>
    <w:p>
      <w:r>
        <w:t>教师实施页   45分钟   基础课</w:t>
      </w:r>
    </w:p>
    <w:p>
      <w:r>
        <w:t>前接3年复利；后启“需要多少年”这种次数未知的问题。</w:t>
      </w:r>
    </w:p>
    <w:p>
      <w:pPr>
        <w:pStyle w:val="Heading2"/>
      </w:pPr>
      <w:r>
        <w:t>本课问题与目标</w:t>
      </w:r>
    </w:p>
    <w:p>
      <w:r>
        <w:t>同样的年增长率，为什么后20年的绝对增长会大得多？</w:t>
      </w:r>
    </w:p>
    <w:p>
      <w:r>
        <w:t>学生能在固定年增长率20%的假设下，修改同一程序比较20、40、60年，结果核对正确；解释百分比相同而每年增加金额不同，并列出至少两条模型假设。（应用或分析层）</w:t>
      </w:r>
    </w:p>
    <w:p>
      <w:r>
        <w:t>借“巴菲特与长期投资”的话题做一个纯数学实验：假设1000元每年都增长20%，不追加、不取出，持续60年。先猜：会到10万元、100万元，还是更多？</w:t>
      </w:r>
    </w:p>
    <w:p>
      <w:r>
        <w:t>题目条件：本金为正数，年增长率固定为非负数，年数为非负整数；不追加、不取出，全部增长金额留在模型内。</w:t>
      </w:r>
    </w:p>
    <w:p>
      <w:pPr>
        <w:pStyle w:val="Heading2"/>
      </w:pPr>
      <w:r>
        <w:t>按顺序追问</w:t>
      </w:r>
    </w:p>
    <w:p>
      <w:r>
        <w:t>问题1  第一年增加200元，第二年仍然只增加200元吗？</w:t>
      </w:r>
    </w:p>
    <w:p>
      <w:r>
        <w:t>问题2  把循环次数改成20、40、60，结果如何变化？</w:t>
      </w:r>
    </w:p>
    <w:p>
      <w:r>
        <w:t>问题3  每年增加200元的线性模型，60年为什么只有13000元？</w:t>
      </w:r>
    </w:p>
    <w:p>
      <w:r>
        <w:t>问题4  现实中如果出现亏损或取款，哪条假设失效？你会怎样标注结论的适用范围？</w:t>
      </w:r>
    </w:p>
    <w:p>
      <w:pPr>
        <w:pStyle w:val="Heading2"/>
      </w:pPr>
      <w:r>
        <w:t>四十五分钟怎样推进</w:t>
      </w:r>
    </w:p>
    <w:p>
      <w:r>
        <w:t>前5分钟  先写自己的量级猜测并说明依据；猜测允许与结果不同。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分别运行20、40、60年，记录38337.60元、1469771.57元、56347514.35元。显示38337.6与38337.60视作同一数值。</w:t>
      </w:r>
    </w:p>
    <w:p>
      <w:r>
        <w:t>25至38分钟  改成年增长10%，或把本金改成2000；先判断结果会怎样变化，再运行验证。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把倍数当成金额；20%增长就等于每年增加200元；将数学假设当成巴菲特逐年的真实收益。</w:t>
      </w:r>
    </w:p>
    <w:p>
      <w:r>
        <w:t>让学生在金额后写“元”、倍数后写“倍”；列出固定增长、不取款、不追加等假设。注明该实验不描述真实业绩或银行承诺。</w:t>
      </w:r>
    </w:p>
    <w:p>
      <w:pPr>
        <w:pStyle w:val="Heading2"/>
      </w:pPr>
      <w:r>
        <w:t>本课验收</w:t>
      </w:r>
    </w:p>
    <w:p>
      <w:r>
        <w:t>三个年数结果正确；能区分固定增量与固定百分比增长。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第9课 如果每年增长百分之二十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借“巴菲特与长期投资”的话题做一个纯数学实验：假设1000元每年都增长20%，不追加、不取出，持续60年。先猜：会到10万元、100万元，还是更多？</w:t>
      </w:r>
    </w:p>
    <w:p>
      <w:r>
        <w:t>重点：循环模型比较、长时间增长、结果解释</w:t>
      </w:r>
    </w:p>
    <w:p>
      <w:r>
        <w:t>题目条件：本金为正数，年增长率固定为非负数，年数为非负整数；不追加、不取出，全部增长金额留在模型内。</w:t>
      </w:r>
    </w:p>
    <w:p>
      <w:pPr>
        <w:pStyle w:val="Heading2"/>
      </w:pPr>
      <w:r>
        <w:t>先猜一猜</w:t>
      </w:r>
    </w:p>
    <w:p>
      <w:r>
        <w:t>先写自己的量级猜测并说明依据；猜测允许与结果不同。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principal = 1000</w:t>
      </w:r>
    </w:p>
    <w:p>
      <w:pPr>
        <w:pStyle w:val="PythonCode"/>
      </w:pPr>
      <w:r>
        <w:t>rate = 0.20</w:t>
      </w:r>
    </w:p>
    <w:p>
      <w:pPr>
        <w:pStyle w:val="PythonCode"/>
      </w:pPr>
      <w:r>
        <w:t>years = 60</w:t>
      </w:r>
    </w:p>
    <w:p>
      <w:pPr>
        <w:pStyle w:val="PythonCode"/>
      </w:pPr>
      <w:r>
        <w:t>balance = principal</w:t>
      </w:r>
    </w:p>
    <w:p>
      <w:pPr>
        <w:pStyle w:val="PythonCode"/>
      </w:pPr>
      <w:r>
        <w:t>for year in range(years):</w:t>
      </w:r>
    </w:p>
    <w:p>
      <w:pPr>
        <w:pStyle w:val="PythonCode"/>
      </w:pPr>
      <w:r>
        <w:t xml:space="preserve">    balance = balance * (1 + rate)</w:t>
      </w:r>
    </w:p>
    <w:p>
      <w:pPr>
        <w:pStyle w:val="PythonCode"/>
      </w:pPr>
      <w:r>
        <w:t>print("期末金额", round(balance, 2), "元")</w:t>
      </w:r>
    </w:p>
    <w:p>
      <w:pPr>
        <w:pStyle w:val="PythonCode"/>
      </w:pPr>
      <w:r>
        <w:t>print("约为本金的", round(balance / principal, 2), "倍")</w:t>
      </w:r>
    </w:p>
    <w:p>
      <w:pPr>
        <w:pStyle w:val="PythonCode"/>
      </w:pPr>
      <w:r>
        <w:t>linear = principal + principal * rate * years</w:t>
      </w:r>
    </w:p>
    <w:p>
      <w:pPr>
        <w:pStyle w:val="PythonCode"/>
        <w:keepNext w:val="0"/>
      </w:pPr>
      <w:r>
        <w:t>print("每年只增加200元时", linear, "元")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分别运行20、40、60年，记录38337.60元、1469771.57元、56347514.35元。显示38337.6与38337.60视作同一数值。</w:t>
      </w:r>
    </w:p>
    <w:p>
      <w:r>
        <w:rPr>
          <w:b/>
        </w:rPr>
        <w:t xml:space="preserve">换个问题  </w:t>
      </w:r>
      <w:r>
        <w:t>改成年增长10%，或把本金改成2000；先判断结果会怎样变化，再运行验证。</w:t>
      </w:r>
    </w:p>
    <w:p>
      <w:r>
        <w:rPr>
          <w:b/>
        </w:rPr>
        <w:t xml:space="preserve">有余力再做  </w:t>
      </w:r>
      <w:r>
        <w:t>用for逐年打印增长金额，比较第1年和第60年的增长。讨论增长20%后再下降20%，为什么不能回到原金额。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100元增长20%再下降20%，余额是多少？用两行赋值计算并解释。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第10课 存到目标需要几年</w:t>
      </w:r>
    </w:p>
    <w:p>
      <w:r>
        <w:t>教师实施页   45分钟   基础课</w:t>
      </w:r>
    </w:p>
    <w:p>
      <w:r>
        <w:t>前接已知年数for；后启根据前一状态反复生成新结果。</w:t>
      </w:r>
    </w:p>
    <w:p>
      <w:pPr>
        <w:pStyle w:val="Heading2"/>
      </w:pPr>
      <w:r>
        <w:t>本课问题与目标</w:t>
      </w:r>
    </w:p>
    <w:p>
      <w:r>
        <w:t>怎样让程序在第一次达到目标时停止，并证明它没有多算一年？</w:t>
      </w:r>
    </w:p>
    <w:p>
      <w:r>
        <w:t>学生能在目标与本金均为正、教学增长率固定为20%的条件下，使用while求首次达标年数，结果为13年；本金已达标时结果为0年，并能指出循环中必须更新的两项变量。（应用或分析层）</w:t>
      </w:r>
    </w:p>
    <w:p>
      <w:r>
        <w:t>继续使用假设年增长20%的模型。本金1000元，目标10000元；不知道要几年，循环应该什么时候停？</w:t>
      </w:r>
    </w:p>
    <w:p>
      <w:r>
        <w:t>题目条件：本金和目标为正数；未达标时年增长率必须大于0。本金已达标时计0年。</w:t>
      </w:r>
    </w:p>
    <w:p>
      <w:pPr>
        <w:pStyle w:val="Heading2"/>
      </w:pPr>
      <w:r>
        <w:t>按顺序追问</w:t>
      </w:r>
    </w:p>
    <w:p>
      <w:r>
        <w:t>问题1  还没达到目标时，应继续还是停止？</w:t>
      </w:r>
    </w:p>
    <w:p>
      <w:r>
        <w:t>问题2  每轮需要更新余额和哪一个计数变量？</w:t>
      </w:r>
    </w:p>
    <w:p>
      <w:r>
        <w:t>问题3  第12年与第13年的余额怎样证明“首次”？</w:t>
      </w:r>
    </w:p>
    <w:p>
      <w:r>
        <w:t>问题4  如果删去余额更新或把增长率改成0，程序可能怎样？如何避免盲目运行？</w:t>
      </w:r>
    </w:p>
    <w:p>
      <w:pPr>
        <w:pStyle w:val="Heading2"/>
      </w:pPr>
      <w:r>
        <w:t>四十五分钟怎样推进</w:t>
      </w:r>
    </w:p>
    <w:p>
      <w:r>
        <w:t>前5分钟  如果本金已经是10000，循环应执行几次？条件应使用&lt;还是&lt;=？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运行原数据；再把本金改为10000，得到0年。验证第12年8916.10元、第13年10699.32元。</w:t>
      </w:r>
    </w:p>
    <w:p>
      <w:r>
        <w:t>25至38分钟  改成每周存50元，初始0元、目标600元；需要12周。再把目标改成650，得到13周。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while没有更新；先达标再多循环一次；计数器初始为1；把while与if混用。</w:t>
      </w:r>
    </w:p>
    <w:p>
      <w:r>
        <w:t>每轮画“判断条件、更新余额、更新年数”的三步。疑似不终止时先读代码；停止执行后修复，再用小数据核对。</w:t>
      </w:r>
    </w:p>
    <w:p>
      <w:pPr>
        <w:pStyle w:val="Heading2"/>
      </w:pPr>
      <w:r>
        <w:t>本课验收</w:t>
      </w:r>
    </w:p>
    <w:p>
      <w:r>
        <w:t>原数据13年、已达标0年正确；通过本册基础综合检查至少4题。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第10课 存到目标需要几年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继续使用假设年增长20%的模型。本金1000元，目标10000元；不知道要几年，循环应该什么时候停？</w:t>
      </w:r>
    </w:p>
    <w:p>
      <w:r>
        <w:t>重点：while、条件与更新、终止、边界、综合读改代码</w:t>
      </w:r>
    </w:p>
    <w:p>
      <w:r>
        <w:t>题目条件：本金和目标为正数；未达标时年增长率必须大于0。本金已达标时计0年。</w:t>
      </w:r>
    </w:p>
    <w:p>
      <w:pPr>
        <w:pStyle w:val="Heading2"/>
      </w:pPr>
      <w:r>
        <w:t>先猜一猜</w:t>
      </w:r>
    </w:p>
    <w:p>
      <w:r>
        <w:t>如果本金已经是10000，循环应执行几次？条件应使用&lt;还是&lt;=？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balance = 1000</w:t>
      </w:r>
    </w:p>
    <w:p>
      <w:pPr>
        <w:pStyle w:val="PythonCode"/>
      </w:pPr>
      <w:r>
        <w:t>target = 10000</w:t>
      </w:r>
    </w:p>
    <w:p>
      <w:pPr>
        <w:pStyle w:val="PythonCode"/>
      </w:pPr>
      <w:r>
        <w:t>rate = 0.20</w:t>
      </w:r>
    </w:p>
    <w:p>
      <w:pPr>
        <w:pStyle w:val="PythonCode"/>
      </w:pPr>
      <w:r>
        <w:t>years = 0</w:t>
      </w:r>
    </w:p>
    <w:p>
      <w:pPr>
        <w:pStyle w:val="PythonCode"/>
      </w:pPr>
      <w:r>
        <w:t>while balance &lt; target:</w:t>
      </w:r>
    </w:p>
    <w:p>
      <w:pPr>
        <w:pStyle w:val="PythonCode"/>
      </w:pPr>
      <w:r>
        <w:t xml:space="preserve">    balance = balance * (1 + rate)</w:t>
      </w:r>
    </w:p>
    <w:p>
      <w:pPr>
        <w:pStyle w:val="PythonCode"/>
      </w:pPr>
      <w:r>
        <w:t xml:space="preserve">    years = years + 1</w:t>
      </w:r>
    </w:p>
    <w:p>
      <w:pPr>
        <w:pStyle w:val="PythonCode"/>
      </w:pPr>
      <w:r>
        <w:t>print("首次达标需要", years, "年")</w:t>
      </w:r>
    </w:p>
    <w:p>
      <w:pPr>
        <w:pStyle w:val="PythonCode"/>
        <w:keepNext w:val="0"/>
      </w:pPr>
      <w:r>
        <w:t>print("达标余额", round(balance, 2), "元")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运行原数据；再把本金改为10000，得到0年。验证第12年8916.10元、第13年10699.32元。</w:t>
      </w:r>
    </w:p>
    <w:p>
      <w:r>
        <w:rPr>
          <w:b/>
        </w:rPr>
        <w:t xml:space="preserve">换个问题  </w:t>
      </w:r>
      <w:r>
        <w:t>改成每周存50元，初始0元、目标600元；需要12周。再把目标改成650，得到13周。</w:t>
      </w:r>
    </w:p>
    <w:p>
      <w:r>
        <w:rPr>
          <w:b/>
        </w:rPr>
        <w:t xml:space="preserve">有余力再做  </w:t>
      </w:r>
      <w:r>
        <w:t>给程序添加最高100轮的限制并提示未达标；说明它如何避免增长率为0时无限循环。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n = 0；while n &lt; 3每轮n = n + 1，结束时n是多少，循环多少次？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第11课 终极挑战 走楼梯有多少种走法</w:t>
      </w:r>
    </w:p>
    <w:p>
      <w:r>
        <w:t>教师实施页   45分钟   综合挑战课</w:t>
      </w:r>
    </w:p>
    <w:p>
      <w:r>
        <w:t>前接循环和状态更新；后启从更小问题推算更大问题。</w:t>
      </w:r>
    </w:p>
    <w:p>
      <w:pPr>
        <w:pStyle w:val="Heading2"/>
      </w:pPr>
      <w:r>
        <w:t>本课问题与目标</w:t>
      </w:r>
    </w:p>
    <w:p>
      <w:r>
        <w:t>怎样从小台阶找出规律，算出大台阶的走法数？</w:t>
      </w:r>
    </w:p>
    <w:p>
      <w:r>
        <w:t>学生能在规则固定与小阶数枚举的条件下，用循环求走法数，1、2、5、10级结果均正确；解释“最后一步走1级或2级”为何得到前两项相加，指出临时变量防止旧值丢失。（应用或分析层）</w:t>
      </w:r>
    </w:p>
    <w:p>
      <w:r>
        <w:t>一段楼梯，每次只能走1级或2级，不同先后顺序算不同走法。2级有1+1和2两种；5级有几种？不要急着一条一条列到20级。</w:t>
      </w:r>
    </w:p>
    <w:p>
      <w:r>
        <w:t>题目条件：阶数为非负整数，标准练习从1级开始；0级约定有1种不走的空走法。每次只走1或2级，不同顺序算不同走法。</w:t>
      </w:r>
    </w:p>
    <w:p>
      <w:pPr>
        <w:pStyle w:val="Heading2"/>
      </w:pPr>
      <w:r>
        <w:t>按顺序追问</w:t>
      </w:r>
    </w:p>
    <w:p>
      <w:r>
        <w:t>问题1  把1、2、3级走法逐一列出，怎样避免把顺序不同的走法漏掉？</w:t>
      </w:r>
    </w:p>
    <w:p>
      <w:r>
        <w:t>问题2  最后一步走1级或2级，前面分别还有多少级？两类会重叠吗？</w:t>
      </w:r>
    </w:p>
    <w:p>
      <w:r>
        <w:t>问题3  计算下一项时，为什么要保存两个旧值？</w:t>
      </w:r>
    </w:p>
    <w:p>
      <w:r>
        <w:t>问题4  如果允许一步走3级，还能照搬原来的两项相加吗？需要怎样改模型？</w:t>
      </w:r>
    </w:p>
    <w:p>
      <w:pPr>
        <w:pStyle w:val="Heading2"/>
      </w:pPr>
      <w:r>
        <w:t>四十五分钟怎样推进</w:t>
      </w:r>
    </w:p>
    <w:p>
      <w:r>
        <w:t>前5分钟  先列3级的走法：1+1+1、1+2、2+1；为什么1+2与2+1是两种？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用n = 1、2、5、10核对1、2、8、89。弱基础学生只需先核对1到5级。</w:t>
      </w:r>
    </w:p>
    <w:p>
      <w:r>
        <w:t>25至38分钟  把n改为20得到10946；解释为什么枚举越来越慢，而循环每级只计算一项。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不同顺序算同一种；把下一项当成前一项的两倍；先改previous导致旧值丢失。</w:t>
      </w:r>
    </w:p>
    <w:p>
      <w:r>
        <w:t>用纸条画出1+2和2+1的顺序。初值previous代表第0级、current代表第1级，均为1；计算第2级，即第1轮循环前，两者为1、1，计算后为1、2。第0级约定有1种“不走”的空走法，便于统一递推。</w:t>
      </w:r>
    </w:p>
    <w:p>
      <w:pPr>
        <w:pStyle w:val="Heading2"/>
      </w:pPr>
      <w:r>
        <w:t>本课验收</w:t>
      </w:r>
    </w:p>
    <w:p>
      <w:r>
        <w:t>基础验收：正确列出3级走法并核对5级8种；进阶验收：解释两项相加、正确使用临时变量。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第11课 终极挑战 走楼梯有多少种走法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一段楼梯，每次只能走1级或2级，不同先后顺序算不同走法。2级有1+1和2两种；5级有几种？不要急着一条一条列到20级。</w:t>
      </w:r>
    </w:p>
    <w:p>
      <w:r>
        <w:t>重点：找规律、循环更新、临时变量、基础内容迁移</w:t>
      </w:r>
    </w:p>
    <w:p>
      <w:r>
        <w:t>题目条件：阶数为非负整数，标准练习从1级开始；0级约定有1种不走的空走法。每次只走1或2级，不同顺序算不同走法。</w:t>
      </w:r>
    </w:p>
    <w:p>
      <w:pPr>
        <w:pStyle w:val="Heading2"/>
      </w:pPr>
      <w:r>
        <w:t>先猜一猜</w:t>
      </w:r>
    </w:p>
    <w:p>
      <w:r>
        <w:t>先列3级的走法：1+1+1、1+2、2+1；为什么1+2与2+1是两种？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n = 5</w:t>
      </w:r>
    </w:p>
    <w:p>
      <w:pPr>
        <w:pStyle w:val="PythonCode"/>
      </w:pPr>
      <w:r>
        <w:t>previous = 1</w:t>
      </w:r>
    </w:p>
    <w:p>
      <w:pPr>
        <w:pStyle w:val="PythonCode"/>
      </w:pPr>
      <w:r>
        <w:t>current = 1</w:t>
      </w:r>
    </w:p>
    <w:p>
      <w:pPr>
        <w:pStyle w:val="PythonCode"/>
      </w:pPr>
      <w:r>
        <w:t>for step in range(2, n + 1):</w:t>
      </w:r>
    </w:p>
    <w:p>
      <w:pPr>
        <w:pStyle w:val="PythonCode"/>
      </w:pPr>
      <w:r>
        <w:t xml:space="preserve">    next_count = previous + current</w:t>
      </w:r>
    </w:p>
    <w:p>
      <w:pPr>
        <w:pStyle w:val="PythonCode"/>
      </w:pPr>
      <w:r>
        <w:t xml:space="preserve">    previous = current</w:t>
      </w:r>
    </w:p>
    <w:p>
      <w:pPr>
        <w:pStyle w:val="PythonCode"/>
      </w:pPr>
      <w:r>
        <w:t xml:space="preserve">    current = next_count</w:t>
      </w:r>
    </w:p>
    <w:p>
      <w:pPr>
        <w:pStyle w:val="PythonCode"/>
        <w:keepNext w:val="0"/>
      </w:pPr>
      <w:r>
        <w:t>print("走法数", current)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用n = 1、2、5、10核对1、2、8、89。弱基础学生只需先核对1到5级。</w:t>
      </w:r>
    </w:p>
    <w:p>
      <w:r>
        <w:rPr>
          <w:b/>
        </w:rPr>
        <w:t xml:space="preserve">换个问题  </w:t>
      </w:r>
      <w:r>
        <w:t>把n改为20得到10946；解释为什么枚举越来越慢，而循环每级只计算一项。</w:t>
      </w:r>
    </w:p>
    <w:p>
      <w:r>
        <w:rPr>
          <w:b/>
        </w:rPr>
        <w:t xml:space="preserve">有余力再做  </w:t>
      </w:r>
      <w:r>
        <w:t>允许每次走1、2、3级；先手列1、2、3级为1、2、4，再思考需要保留几项旧值。只要求描述新规则，完整程序选做。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第4级有5种，第5级有8种，按原规则第6级多少种？说明这两个数为何相加。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第12课 终极挑战 汉诺塔要搬多久</w:t>
      </w:r>
    </w:p>
    <w:p>
      <w:r>
        <w:t>教师实施页   45分钟   综合挑战课</w:t>
      </w:r>
    </w:p>
    <w:p>
      <w:r>
        <w:t>前接楼梯的由小到大推算；收束为把生活或游戏规则转成可检验程序。</w:t>
      </w:r>
    </w:p>
    <w:p>
      <w:pPr>
        <w:pStyle w:val="Heading2"/>
      </w:pPr>
      <w:r>
        <w:t>本课问题与目标</w:t>
      </w:r>
    </w:p>
    <w:p>
      <w:r>
        <w:t>怎样从小盘数的移动过程，推算更多盘子的最少步数？</w:t>
      </w:r>
    </w:p>
    <w:p>
      <w:r>
        <w:t>学生能借助3个纸盘的合法移动与任务分解，解释最少步数由“搬前n-1个、搬大盘、再搬前n-1个”组成；循环核对1、2、3、4盘为1、3、7、15，区分算步数与生成移动序列。（应用或分析层）</w:t>
      </w:r>
    </w:p>
    <w:p>
      <w:r>
        <w:t>三根柱子A、B、C。盘子由大到小叠在A，每次只能移动某根柱子最上面的一个盘，大盘不能压在小盘上，要全部移到C。先玩3个盘，再想：64个盘若每秒移动一次，要多久？</w:t>
      </w:r>
    </w:p>
    <w:p>
      <w:r>
        <w:t>题目条件：盘数为非负整数，实物练习采用1至4盘；三根柱子，每次只能移动最上面的一个盘，大盘不能压小盘。</w:t>
      </w:r>
    </w:p>
    <w:p>
      <w:pPr>
        <w:pStyle w:val="Heading2"/>
      </w:pPr>
      <w:r>
        <w:t>按顺序追问</w:t>
      </w:r>
    </w:p>
    <w:p>
      <w:r>
        <w:t>问题1  要搬最底下的大盘，必须先把它上面的盘子搬到哪里？</w:t>
      </w:r>
    </w:p>
    <w:p>
      <w:r>
        <w:t>问题2  把上面n-1个盘从A搬到B、再从B搬到C，需要重复哪个较小任务？</w:t>
      </w:r>
    </w:p>
    <w:p>
      <w:r>
        <w:t>问题3  为什么最少步数是上一项的两倍再加1？怎样用3盘的7次合法移动核对？</w:t>
      </w:r>
    </w:p>
    <w:p>
      <w:r>
        <w:t>问题4  算出64盘的步数后，程序是否已经告诉了你每一步怎么搬？你会给成果起什么准确名称？</w:t>
      </w:r>
    </w:p>
    <w:p>
      <w:pPr>
        <w:pStyle w:val="Heading2"/>
      </w:pPr>
      <w:r>
        <w:t>四十五分钟怎样推进</w:t>
      </w:r>
    </w:p>
    <w:p>
      <w:r>
        <w:t>前5分钟  先亲手移动1、2、3盘，记录实际过程；从1、3、7推测4盘最少步数。</w:t>
      </w:r>
    </w:p>
    <w:p>
      <w:r>
        <w:t>5至13分钟  示范学生页的起步代码。因为新语句要和当前问题建立联系，所以让学生说清每个变量的含义，再用一组小数据追踪执行。</w:t>
      </w:r>
    </w:p>
    <w:p>
      <w:r>
        <w:t>13至25分钟  核对1到4盘的最少步数；用一句话解释“乘2加1”。至少亲手完成一次3盘合法移动。</w:t>
      </w:r>
    </w:p>
    <w:p>
      <w:r>
        <w:t>25至38分钟  将n改为10，只算最少步数1023；再将n改为64，计算steps / (60 * 60 * 24 * 365)年，约5849.42亿年。 同桌互查一组数据和一句解释；基础较弱者继续修改原题，学有余力者做学生页选学任务。</w:t>
      </w:r>
    </w:p>
    <w:p>
      <w:r>
        <w:t>最后7分钟  完成学生页退出检查；教师收预测与修改记录，针对错误给出一条可操作反馈。</w:t>
      </w:r>
    </w:p>
    <w:p>
      <w:pPr>
        <w:pStyle w:val="Heading2"/>
      </w:pPr>
      <w:r>
        <w:t>学生容易卡在哪</w:t>
      </w:r>
    </w:p>
    <w:p>
      <w:r>
        <w:t>认为最少步数翻倍但漏掉大盘那一步；以为步数程序已经生成了搬盘方案；直接打印64盘的所有移动。</w:t>
      </w:r>
    </w:p>
    <w:p>
      <w:r>
        <w:t>摆盘演示“前一小塔、最大的盘、前一小塔”，明确同一个较小任务发生两次。完整移动程序只用3至5盘作演示。</w:t>
      </w:r>
    </w:p>
    <w:p>
      <w:pPr>
        <w:pStyle w:val="Heading2"/>
      </w:pPr>
      <w:r>
        <w:t>本课验收</w:t>
      </w:r>
    </w:p>
    <w:p>
      <w:r>
        <w:t>基础验收：3盘能合法搬完并核对7步；进阶验收：说明递推依据，分清步数计算与移动序列。</w:t>
      </w:r>
    </w:p>
    <w:p>
      <w:r>
        <w:t>技术安排：先手算或摆实物，再投屏逐行解释；在线编辑器验证原题和变式；最后独立纸笔或口头检查。网络不通时先用纸上变量表，第11课列走法，第12课摆纸盘。</w:t>
      </w:r>
    </w:p>
    <w:p>
      <w:pPr>
        <w:pStyle w:val="Heading1"/>
        <w:pageBreakBefore/>
      </w:pPr>
      <w:r>
        <w:t>第12课 终极挑战 汉诺塔要搬多久</w:t>
      </w:r>
    </w:p>
    <w:p>
      <w:r>
        <w:t>学生练习页   姓名________________   班级________________</w:t>
      </w:r>
    </w:p>
    <w:p>
      <w:pPr>
        <w:pStyle w:val="Heading2"/>
      </w:pPr>
      <w:r>
        <w:t>今天解决什么</w:t>
      </w:r>
    </w:p>
    <w:p>
      <w:r>
        <w:t>三根柱子A、B、C。盘子由大到小叠在A，每次只能移动某根柱子最上面的一个盘，大盘不能压在小盘上，要全部移到C。先玩3个盘，再想：64个盘若每秒移动一次，要多久？</w:t>
      </w:r>
    </w:p>
    <w:p>
      <w:r>
        <w:t>重点：规则建模、分解问题、步数递推、整数幂、递归选学</w:t>
      </w:r>
    </w:p>
    <w:p>
      <w:r>
        <w:t>题目条件：盘数为非负整数，实物练习采用1至4盘；三根柱子，每次只能移动最上面的一个盘，大盘不能压小盘。</w:t>
      </w:r>
    </w:p>
    <w:p>
      <w:pPr>
        <w:pStyle w:val="Heading2"/>
      </w:pPr>
      <w:r>
        <w:t>先猜一猜</w:t>
      </w:r>
    </w:p>
    <w:p>
      <w:r>
        <w:t>先亲手移动1、2、3盘，记录实际过程；从1、3、7推测4盘最少步数。</w:t>
      </w:r>
    </w:p>
    <w:p>
      <w:r>
        <w:t>我的预测与理由：________________________________________________</w:t>
      </w:r>
    </w:p>
    <w:p>
      <w:pPr>
        <w:pStyle w:val="Heading2"/>
      </w:pPr>
      <w:r>
        <w:t>复制代码开始试</w:t>
      </w:r>
    </w:p>
    <w:p>
      <w:pPr>
        <w:pStyle w:val="PythonCode"/>
      </w:pPr>
      <w:r>
        <w:t>n = 4</w:t>
      </w:r>
    </w:p>
    <w:p>
      <w:pPr>
        <w:pStyle w:val="PythonCode"/>
      </w:pPr>
      <w:r>
        <w:t>steps = 0</w:t>
      </w:r>
    </w:p>
    <w:p>
      <w:pPr>
        <w:pStyle w:val="PythonCode"/>
      </w:pPr>
      <w:r>
        <w:t>for disk in range(1, n + 1):</w:t>
      </w:r>
    </w:p>
    <w:p>
      <w:pPr>
        <w:pStyle w:val="PythonCode"/>
      </w:pPr>
      <w:r>
        <w:t xml:space="preserve">    steps = 2 * steps + 1</w:t>
      </w:r>
    </w:p>
    <w:p>
      <w:pPr>
        <w:pStyle w:val="PythonCode"/>
      </w:pPr>
      <w:r>
        <w:t xml:space="preserve">    print(disk, "个盘最少", steps, "步")</w:t>
      </w:r>
    </w:p>
    <w:p>
      <w:pPr>
        <w:pStyle w:val="PythonCode"/>
        <w:keepNext w:val="0"/>
      </w:pPr>
      <w:r>
        <w:t>print("公式核对", 2 ** n - 1)</w:t>
      </w:r>
    </w:p>
    <w:p>
      <w:pPr>
        <w:pStyle w:val="Heading2"/>
      </w:pPr>
      <w:r>
        <w:t>三个练习</w:t>
      </w:r>
    </w:p>
    <w:p>
      <w:r>
        <w:rPr>
          <w:b/>
        </w:rPr>
        <w:t xml:space="preserve">先完成  </w:t>
      </w:r>
      <w:r>
        <w:t>核对1到4盘的最少步数；用一句话解释“乘2加1”。至少亲手完成一次3盘合法移动。</w:t>
      </w:r>
    </w:p>
    <w:p>
      <w:r>
        <w:rPr>
          <w:b/>
        </w:rPr>
        <w:t xml:space="preserve">换个问题  </w:t>
      </w:r>
      <w:r>
        <w:t>将n改为10，只算最少步数1023；再将n改为64，计算steps / (60 * 60 * 24 * 365)年，约5849.42亿年。</w:t>
      </w:r>
    </w:p>
    <w:p>
      <w:r>
        <w:rPr>
          <w:b/>
        </w:rPr>
        <w:t xml:space="preserve">有余力再做  </w:t>
      </w:r>
      <w:r>
        <w:t>阅读本册提供的递归移动程序；先只运行3盘，逐步核对合法性。函数与递归为选学，允许学生先用自然语言说明三个子任务。</w:t>
      </w:r>
    </w:p>
    <w:p>
      <w:pPr>
        <w:pStyle w:val="Heading2"/>
      </w:pPr>
      <w:r>
        <w:t>留下你的验证</w:t>
      </w:r>
    </w:p>
    <w:p>
      <w:r>
        <w:t>我修改的地方：__________________________________________________</w:t>
      </w:r>
    </w:p>
    <w:p>
      <w:r>
        <w:t>测试数据与结果：________________________________________________</w:t>
      </w:r>
    </w:p>
    <w:p>
      <w:r>
        <w:t>结果与预测不同的原因或本次发现：__________________________________</w:t>
      </w:r>
    </w:p>
    <w:p>
      <w:pPr>
        <w:pStyle w:val="Heading2"/>
      </w:pPr>
      <w:r>
        <w:t>离开前独立检查</w:t>
      </w:r>
    </w:p>
    <w:p>
      <w:r>
        <w:t>已知4盘最少15步，5盘最少多少步？把汉诺塔步数与楼梯走法规则作一句比较。</w:t>
      </w:r>
    </w:p>
    <w:p>
      <w:r>
        <w:t>我的答案与解释：________________________________________________</w:t>
      </w:r>
    </w:p>
    <w:p>
      <w:pPr>
        <w:pStyle w:val="Heading1"/>
        <w:pageBreakBefore/>
      </w:pPr>
      <w:r>
        <w:t>基础综合检查</w:t>
      </w:r>
    </w:p>
    <w:p>
      <w:r>
        <w:t>在第10课结束后使用，建议另留15至20分钟。第10课最后7分钟先完成第1至3题，剩余题作为课后验收或下一课开头。全卷独立完成，基础程序阅读先不运行，写出理由后可运行核对。</w:t>
      </w:r>
    </w:p>
    <w:p>
      <w:pPr>
        <w:pStyle w:val="Heading2"/>
      </w:pPr>
      <w:r>
        <w:t>第1题 读赋值</w:t>
      </w:r>
    </w:p>
    <w:p>
      <w:pPr>
        <w:pStyle w:val="PythonCode"/>
      </w:pPr>
      <w:r>
        <w:t>a = 4</w:t>
      </w:r>
    </w:p>
    <w:p>
      <w:pPr>
        <w:pStyle w:val="PythonCode"/>
      </w:pPr>
      <w:r>
        <w:t>b = a + 3</w:t>
      </w:r>
    </w:p>
    <w:p>
      <w:pPr>
        <w:pStyle w:val="PythonCode"/>
      </w:pPr>
      <w:r>
        <w:t>a = 10</w:t>
      </w:r>
    </w:p>
    <w:p>
      <w:pPr>
        <w:pStyle w:val="PythonCode"/>
        <w:keepNext w:val="0"/>
      </w:pPr>
      <w:r>
        <w:t>print(a, b)</w:t>
      </w:r>
    </w:p>
    <w:p>
      <w:r>
        <w:t>写出输出，并解释b为什么没有随a一起变。</w:t>
      </w:r>
    </w:p>
    <w:p>
      <w:pPr>
        <w:pStyle w:val="Heading2"/>
      </w:pPr>
      <w:r>
        <w:t>第2题 整除与取余</w:t>
      </w:r>
    </w:p>
    <w:p>
      <w:r>
        <w:t>53名学生，每车20座。写出53 // 20、53 % 20的值，再说明需要几辆车。</w:t>
      </w:r>
    </w:p>
    <w:p>
      <w:pPr>
        <w:pStyle w:val="Heading2"/>
      </w:pPr>
      <w:r>
        <w:t>第3题 判断边界</w:t>
      </w:r>
    </w:p>
    <w:p>
      <w:pPr>
        <w:pStyle w:val="PythonCode"/>
      </w:pPr>
      <w:r>
        <w:t>score = 60</w:t>
      </w:r>
    </w:p>
    <w:p>
      <w:pPr>
        <w:pStyle w:val="PythonCode"/>
      </w:pPr>
      <w:r>
        <w:t>if score &gt; 60:</w:t>
      </w:r>
    </w:p>
    <w:p>
      <w:pPr>
        <w:pStyle w:val="PythonCode"/>
      </w:pPr>
      <w:r>
        <w:t xml:space="preserve">    print("及格")</w:t>
      </w:r>
    </w:p>
    <w:p>
      <w:pPr>
        <w:pStyle w:val="PythonCode"/>
      </w:pPr>
      <w:r>
        <w:t>else:</w:t>
      </w:r>
    </w:p>
    <w:p>
      <w:pPr>
        <w:pStyle w:val="PythonCode"/>
        <w:keepNext w:val="0"/>
      </w:pPr>
      <w:r>
        <w:t xml:space="preserve">    print("未及格")</w:t>
      </w:r>
    </w:p>
    <w:p>
      <w:r>
        <w:t>规则是60分及格。修复一处错误，并写出两组检验数据。</w:t>
      </w:r>
    </w:p>
    <w:p>
      <w:pPr>
        <w:pStyle w:val="Heading2"/>
      </w:pPr>
      <w:r>
        <w:t>第4题 补全循环</w:t>
      </w:r>
    </w:p>
    <w:p>
      <w:pPr>
        <w:pStyle w:val="PythonCode"/>
      </w:pPr>
      <w:r>
        <w:t>total = 0</w:t>
      </w:r>
    </w:p>
    <w:p>
      <w:pPr>
        <w:pStyle w:val="PythonCode"/>
      </w:pPr>
      <w:r>
        <w:t>for i in range(1, 6):</w:t>
      </w:r>
    </w:p>
    <w:p>
      <w:pPr>
        <w:pStyle w:val="PythonCode"/>
      </w:pPr>
      <w:r>
        <w:t xml:space="preserve">    total = __________</w:t>
      </w:r>
    </w:p>
    <w:p>
      <w:pPr>
        <w:pStyle w:val="PythonCode"/>
        <w:keepNext w:val="0"/>
      </w:pPr>
      <w:r>
        <w:t>print(total)</w:t>
      </w:r>
    </w:p>
    <w:p>
      <w:r>
        <w:t>要求求1至5之和。补空并写出结果。</w:t>
      </w:r>
    </w:p>
    <w:p>
      <w:pPr>
        <w:pStyle w:val="Heading2"/>
      </w:pPr>
      <w:r>
        <w:t>第5题 排查停止条件</w:t>
      </w:r>
    </w:p>
    <w:p>
      <w:pPr>
        <w:pStyle w:val="PythonCode"/>
      </w:pPr>
      <w:r>
        <w:t>saved = 0</w:t>
      </w:r>
    </w:p>
    <w:p>
      <w:pPr>
        <w:pStyle w:val="PythonCode"/>
      </w:pPr>
      <w:r>
        <w:t>weeks = 0</w:t>
      </w:r>
    </w:p>
    <w:p>
      <w:pPr>
        <w:pStyle w:val="PythonCode"/>
      </w:pPr>
      <w:r>
        <w:t>while saved &lt; 200:</w:t>
      </w:r>
    </w:p>
    <w:p>
      <w:pPr>
        <w:pStyle w:val="PythonCode"/>
      </w:pPr>
      <w:r>
        <w:t xml:space="preserve">    saved = saved + 50</w:t>
      </w:r>
    </w:p>
    <w:p>
      <w:pPr>
        <w:pStyle w:val="PythonCode"/>
      </w:pPr>
      <w:r>
        <w:t xml:space="preserve">    weeks = weeks + 1</w:t>
      </w:r>
    </w:p>
    <w:p>
      <w:pPr>
        <w:pStyle w:val="PythonCode"/>
        <w:keepNext w:val="0"/>
      </w:pPr>
      <w:r>
        <w:t>print(weeks)</w:t>
      </w:r>
    </w:p>
    <w:p>
      <w:r>
        <w:t>循环多少次？如果把&lt;改成&lt;=会怎样？若删去saved更新，为什么可能不能停止？</w:t>
      </w:r>
    </w:p>
    <w:p>
      <w:pPr>
        <w:pStyle w:val="Heading2"/>
      </w:pPr>
      <w:r>
        <w:t>第6题 换到生活中</w:t>
      </w:r>
    </w:p>
    <w:p>
      <w:r>
        <w:t>班级买8支笔，每支3.5元，预算30元。编写程序输出总价与预算是否够用；再改成9支，核对另一分支。允许用变量提供数据，能够输入也可以。</w:t>
      </w:r>
    </w:p>
    <w:p>
      <w:r>
        <w:t>课程内部达标建议：6题至少4题正确，且第6题至少完成原始数据与分支；若输入转换、分支边界、循环更新仍有困难，回到对应课例各做一组变式。此门槛是课堂建议，与福建官方合格标准无对应承诺。</w:t>
      </w:r>
    </w:p>
    <w:p>
      <w:pPr>
        <w:pStyle w:val="Heading1"/>
        <w:pageBreakBefore/>
      </w:pPr>
      <w:r>
        <w:t>教师答案与反馈参考</w:t>
      </w:r>
    </w:p>
    <w:p>
      <w:r>
        <w:t>第1课  输出7；右侧先用旧值5计算，再将7存回a。</w:t>
      </w:r>
    </w:p>
    <w:p>
      <w:r>
        <w:t>第2课  先输出3 2；换成20输出4 0。</w:t>
      </w:r>
    </w:p>
    <w:p>
      <w:r>
        <w:t>第3课  填int；input返回字符串，字符串不能直接与整数1相加。</w:t>
      </w:r>
    </w:p>
    <w:p>
      <w:r>
        <w:t>第4课  条件应为score &gt;= 60；用59、60、61核对边界。</w:t>
      </w:r>
    </w:p>
    <w:p>
      <w:r>
        <w:t>第5课  True；or让只满足一边的数也通过，例如x = 100。</w:t>
      </w:r>
    </w:p>
    <w:p>
      <w:r>
        <w:t>第6课  输出0、1、2，共3次。</w:t>
      </w:r>
    </w:p>
    <w:p>
      <w:r>
        <w:t>第7课  分别为6和16。</w:t>
      </w:r>
    </w:p>
    <w:p>
      <w:r>
        <w:t>第8课  1040.4；第二年的利息基数已经变成1020。</w:t>
      </w:r>
    </w:p>
    <w:p>
      <w:r>
        <w:t>第9课  96元；100 * 1.2 = 120，再120 * 0.8 = 96，两次百分比的基数不同。</w:t>
      </w:r>
    </w:p>
    <w:p>
      <w:r>
        <w:t>第10课  n为3，循环3次。</w:t>
      </w:r>
    </w:p>
    <w:p>
      <w:r>
        <w:t>第11课  13种；最后一步为1级接在第5级的8种走法后，或2级接在第4级的5种后，两类无重叠。</w:t>
      </w:r>
    </w:p>
    <w:p>
      <w:r>
        <w:t>第12课  31步；汉诺塔是上一项乘2再加1，楼梯是前两项相加，更新规则来自不同问题。</w:t>
      </w:r>
    </w:p>
    <w:p>
      <w:pPr>
        <w:pStyle w:val="Heading2"/>
      </w:pPr>
      <w:r>
        <w:t>基础综合检查参考</w:t>
      </w:r>
    </w:p>
    <w:p>
      <w:r>
        <w:t>第1题：10 7。b在第2行计算并保存为7，a后来的重新赋值不会使b自动重算。第2题：商2、余13，需要3辆。第3题：&gt;改成&gt;=；59与60、或60与61为合理边界测试。第4题：total + i；结果15。第5题：4次；&lt;=时5次；不更新saved时条件一直成立。</w:t>
      </w:r>
    </w:p>
    <w:p>
      <w:pPr>
        <w:pStyle w:val="PythonCode"/>
      </w:pPr>
      <w:r>
        <w:t>price = 3.5</w:t>
      </w:r>
    </w:p>
    <w:p>
      <w:pPr>
        <w:pStyle w:val="PythonCode"/>
      </w:pPr>
      <w:r>
        <w:t>count = 8</w:t>
      </w:r>
    </w:p>
    <w:p>
      <w:pPr>
        <w:pStyle w:val="PythonCode"/>
      </w:pPr>
      <w:r>
        <w:t>budget = 30</w:t>
      </w:r>
    </w:p>
    <w:p>
      <w:pPr>
        <w:pStyle w:val="PythonCode"/>
      </w:pPr>
      <w:r>
        <w:t>total = price * count</w:t>
      </w:r>
    </w:p>
    <w:p>
      <w:pPr>
        <w:pStyle w:val="PythonCode"/>
      </w:pPr>
      <w:r>
        <w:t>print("总价", total)</w:t>
      </w:r>
    </w:p>
    <w:p>
      <w:pPr>
        <w:pStyle w:val="PythonCode"/>
      </w:pPr>
      <w:r>
        <w:t>if total &lt;= budget:</w:t>
      </w:r>
    </w:p>
    <w:p>
      <w:pPr>
        <w:pStyle w:val="PythonCode"/>
      </w:pPr>
      <w:r>
        <w:t xml:space="preserve">    print("预算够用")</w:t>
      </w:r>
    </w:p>
    <w:p>
      <w:pPr>
        <w:pStyle w:val="PythonCode"/>
      </w:pPr>
      <w:r>
        <w:t>else:</w:t>
      </w:r>
    </w:p>
    <w:p>
      <w:pPr>
        <w:pStyle w:val="PythonCode"/>
        <w:keepNext w:val="0"/>
      </w:pPr>
      <w:r>
        <w:t xml:space="preserve">    print("预算不足")</w:t>
      </w:r>
    </w:p>
    <w:p>
      <w:r>
        <w:t>第6题：8支28元，预算够用；9支31.5元，预算不足。只改数字却不核对两种结果，不算完成迁移。</w:t>
      </w:r>
    </w:p>
    <w:p>
      <w:pPr>
        <w:pStyle w:val="Heading2"/>
      </w:pPr>
      <w:r>
        <w:t>常见反馈用语</w:t>
      </w:r>
    </w:p>
    <w:p>
      <w:pPr>
        <w:pStyle w:val="ListBullet"/>
      </w:pPr>
      <w:r>
        <w:t>“你找到了规则。请再用刚好等于边界的数测试一次。”</w:t>
      </w:r>
    </w:p>
    <w:p>
      <w:pPr>
        <w:pStyle w:val="ListBullet"/>
      </w:pPr>
      <w:r>
        <w:t>“结果对了。请告诉我第三轮开始时变量存着多少。”</w:t>
      </w:r>
    </w:p>
    <w:p>
      <w:pPr>
        <w:pStyle w:val="ListBullet"/>
      </w:pPr>
      <w:r>
        <w:t>“你修改了条件。把修改前后的两个结果放在一起，说明哪一个更符合题意。”</w:t>
      </w:r>
    </w:p>
    <w:p>
      <w:pPr>
        <w:pStyle w:val="ListBullet"/>
      </w:pPr>
      <w:r>
        <w:t>“预测和运行不一样。请先检查规则，再看类型、缩进和更新位置。”</w:t>
      </w:r>
    </w:p>
    <w:p>
      <w:pPr>
        <w:pStyle w:val="Heading1"/>
        <w:pageBreakBefore/>
      </w:pPr>
      <w:r>
        <w:t>汉诺塔移动序列选学</w:t>
      </w:r>
    </w:p>
    <w:p>
      <w:r>
        <w:t>前置补充：def用来定义一个可以重复调用的任务；参数为每次任务提供数据；return结束当前任务。当函数调用自己时，称为递归。本页供教师演示或学有余力学生选学，基础学生用自然语言解释三个子任务即可。</w:t>
      </w:r>
    </w:p>
    <w:p>
      <w:pPr>
        <w:pStyle w:val="PythonCode"/>
      </w:pPr>
      <w:r>
        <w:t># 选学：先只运行3个盘，核对每一步是否合法</w:t>
      </w:r>
    </w:p>
    <w:p>
      <w:pPr>
        <w:pStyle w:val="PythonCode"/>
      </w:pPr>
      <w:r>
        <w:t>def hanoi(n, source, spare, target):</w:t>
      </w:r>
    </w:p>
    <w:p>
      <w:pPr>
        <w:pStyle w:val="PythonCode"/>
      </w:pPr>
      <w:r>
        <w:t xml:space="preserve">    if n == 0:</w:t>
      </w:r>
    </w:p>
    <w:p>
      <w:pPr>
        <w:pStyle w:val="PythonCode"/>
      </w:pPr>
      <w:r>
        <w:t xml:space="preserve">        return</w:t>
      </w:r>
    </w:p>
    <w:p>
      <w:pPr>
        <w:pStyle w:val="PythonCode"/>
      </w:pPr>
      <w:r>
        <w:t xml:space="preserve">    hanoi(n - 1, source, target, spare)</w:t>
      </w:r>
    </w:p>
    <w:p>
      <w:pPr>
        <w:pStyle w:val="PythonCode"/>
      </w:pPr>
      <w:r>
        <w:t xml:space="preserve">    print("移动盘", n, "从", source, "到", target)</w:t>
      </w:r>
    </w:p>
    <w:p>
      <w:pPr>
        <w:pStyle w:val="PythonCode"/>
      </w:pPr>
      <w:r>
        <w:t xml:space="preserve">    hanoi(n - 1, spare, source, target)</w:t>
      </w:r>
    </w:p>
    <w:p>
      <w:pPr>
        <w:pStyle w:val="PythonCode"/>
      </w:pPr>
      <w:r>
        <w:t xml:space="preserve"> </w:t>
      </w:r>
    </w:p>
    <w:p>
      <w:pPr>
        <w:pStyle w:val="PythonCode"/>
        <w:keepNext w:val="0"/>
      </w:pPr>
      <w:r>
        <w:t>hanoi(3, "A", "B", "C")</w:t>
      </w:r>
    </w:p>
    <w:p>
      <w:pPr>
        <w:pStyle w:val="Heading2"/>
      </w:pPr>
      <w:r>
        <w:t>怎样追踪三盘</w:t>
      </w:r>
    </w:p>
    <w:p>
      <w:r>
        <w:t>hanoi(n, source, spare, target)表示借助spare，将n个盘从source搬到target。先将n-1个盘搬到备用柱，再搬最大盘，最后把备用柱的小塔搬到目标柱；每个较小任务使用同一规则，n = 0时结束。</w:t>
      </w:r>
    </w:p>
    <w:p>
      <w:r>
        <w:t>三盘输出依次是：盘1 A到C；盘2 A到B；盘1 C到B；盘3 A到C；盘1 B到A；盘2 B到C；盘1 A到C。学生在纸盘上执行这7步，检查每次是否只移动最上方的盘，并确认大盘没有压小盘。</w:t>
      </w:r>
    </w:p>
    <w:p>
      <w:r>
        <w:t>第12课的循环只计算最少步数，选学函数才生成具体移动序列。64盘仅计算步数和时间，不运行打印全部移动。每秒一步且每年按365天计算时，64盘约需5849.42亿年。</w:t>
      </w:r>
    </w:p>
    <w:p>
      <w:pPr>
        <w:pStyle w:val="Heading2"/>
      </w:pPr>
      <w:r>
        <w:t>终极挑战的分层验收</w:t>
      </w:r>
    </w:p>
    <w:p>
      <w:r>
        <w:t>基础：楼梯能列出3级的3种走法、验证5级为8种；汉诺塔能按规则搬完3盘并验证7步。提高：解释两个问题的更新规则、借模板求10级楼梯与10盘步数。拓展：修改楼梯规则或追踪递归移动，并说明新规则和新程序是否一致。</w:t>
      </w:r>
    </w:p>
    <w:p>
      <w:pPr>
        <w:pStyle w:val="Heading1"/>
        <w:pageBreakBefore/>
      </w:pPr>
      <w:r>
        <w:t>教学设计说明</w:t>
      </w:r>
    </w:p>
    <w:p>
      <w:pPr>
        <w:pStyle w:val="Heading2"/>
      </w:pPr>
      <w:r>
        <w:t>为什么这样安排</w:t>
      </w:r>
    </w:p>
    <w:p>
      <w:r>
        <w:t>学生已经会生活计算，但编程符号和更新过程需要从头建立。因为一次引入太多概念会让学生只会复制，所以前几课让学生改数，再补判断与循环，最后迁移；因为复杂谜题容易掩盖基础困难，所以把楼梯和汉诺塔放在最后。</w:t>
      </w:r>
    </w:p>
    <w:p>
      <w:r>
        <w:t>每课围绕一个清楚问题，追问数据、规则、步骤和检验办法。学生需要先说理由、再运行，并在新情境中自己修改，教师据此判断学生是否把方法带走。不同预测可以并存，运行数据用来检验猜想。</w:t>
      </w:r>
    </w:p>
    <w:p>
      <w:pPr>
        <w:pStyle w:val="Heading2"/>
      </w:pPr>
      <w:r>
        <w:t>课程的具体特点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tblHeader/>
          <w:cantSplit/>
        </w:trPr>
        <w:tc>
          <w:tcPr>
            <w:tcW w:type="dxa" w:w="28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  <w:jc w:val="center"/>
            </w:pPr>
            <w:r>
              <w:rPr>
                <w:b/>
                <w:sz w:val="18"/>
              </w:rPr>
              <w:t>特点</w:t>
            </w:r>
          </w:p>
        </w:tc>
        <w:tc>
          <w:tcPr>
            <w:tcW w:type="dxa" w:w="680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5"/>
          </w:tcPr>
          <w:p>
            <w:pPr>
              <w:spacing w:after="40" w:line="264" w:lineRule="auto"/>
            </w:pPr>
            <w:r>
              <w:rPr>
                <w:b/>
                <w:sz w:val="18"/>
              </w:rPr>
              <w:t>落实位置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生活问题先行</w:t>
            </w:r>
          </w:p>
        </w:tc>
        <w:tc>
          <w:tcPr>
            <w:tcW w:type="dxa" w:w="680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1至5课用小票、大巴、预算、票价和入场规则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同一模型不断加深</w:t>
            </w:r>
          </w:p>
        </w:tc>
        <w:tc>
          <w:tcPr>
            <w:tcW w:type="dxa" w:w="680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8至10课由3年复利到60年增长，再求首次达标时间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错误能成为下一问</w:t>
            </w:r>
          </w:p>
        </w:tc>
        <w:tc>
          <w:tcPr>
            <w:tcW w:type="dxa" w:w="680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4课看边界，7课看初始化，10课看停止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  <w:jc w:val="center"/>
            </w:pPr>
            <w:r>
              <w:rPr>
                <w:b w:val="0"/>
                <w:sz w:val="18"/>
              </w:rPr>
              <w:t>复杂问题有可达到的成果</w:t>
            </w:r>
          </w:p>
        </w:tc>
        <w:tc>
          <w:tcPr>
            <w:tcW w:type="dxa" w:w="680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line="264" w:lineRule="auto"/>
            </w:pPr>
            <w:r>
              <w:rPr>
                <w:b w:val="0"/>
                <w:sz w:val="18"/>
              </w:rPr>
              <w:t>11课先枚举，12课先摆盘，递归选学</w:t>
            </w:r>
          </w:p>
        </w:tc>
      </w:tr>
    </w:tbl>
    <w:p>
      <w:r/>
    </w:p>
    <w:p>
      <w:pPr>
        <w:pStyle w:val="Heading2"/>
      </w:pPr>
      <w:r>
        <w:t>向同事说明这门课</w:t>
      </w:r>
    </w:p>
    <w:p>
      <w:r>
        <w:t>学情：高一零基础，能够手算和理解生活规则，容易误读=、input与循环更新。目标：围绕已确认的六类知识形成能运行、能解释、能检验的短程序。教法：先示范、再改写、逐步减少模板。过程：生活计算、规则判断、重复更新、最后从小问题发现规律。技术：浏览器承担编辑与运行，纸笔和实物承担预测与规则理解。评价：每课记录解释和迁移结果，第10课基础检查，终极挑战按不同层次验收。</w:t>
      </w:r>
    </w:p>
    <w:p>
      <w:pPr>
        <w:pStyle w:val="Heading2"/>
      </w:pPr>
      <w:r>
        <w:t>正式授课前后关注</w:t>
      </w:r>
    </w:p>
    <w:p>
      <w:pPr>
        <w:pStyle w:val="ListBullet"/>
      </w:pPr>
      <w:r>
        <w:t>课前在机房验证在线编辑器、中文字体、input输入方式和复制代码缩进；输入不便时用常量替换，再讲清转换的意义。</w:t>
      </w:r>
    </w:p>
    <w:p>
      <w:pPr>
        <w:pStyle w:val="ListBullet"/>
      </w:pPr>
      <w:r>
        <w:t>所有金额、票价、活动规则与银行利率均为教学数据。复利实验不声称真实金融产品按此结算，也不声称巴菲特每年都恰好增长20%。</w:t>
      </w:r>
    </w:p>
    <w:p>
      <w:pPr>
        <w:pStyle w:val="ListBullet"/>
      </w:pPr>
      <w:r>
        <w:t>楼梯示例假设阶数为非负整数，标准练习用1级以上；汉诺塔假设三根柱子和标准移动规则。暂不加入非法输入处理。</w:t>
      </w:r>
    </w:p>
    <w:p>
      <w:pPr>
        <w:pStyle w:val="ListBullet"/>
      </w:pPr>
      <w:r>
        <w:t>依据首次授课的错误记录，决定是否拆分第3、4、10课；将学生自己提出的校园问题补充为下一轮迁移任务。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高一 Python 生活问题课程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Liberation Sans" w:hAnsi="Liberation Sans" w:eastAsia="Heiti SC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69" w:lineRule="auto"/>
      <w:outlineLvl w:val="0"/>
    </w:pPr>
    <w:rPr>
      <w:rFonts w:asciiTheme="majorHAnsi" w:eastAsiaTheme="majorEastAsia" w:hAnsiTheme="majorHAnsi" w:cstheme="majorBidi" w:ascii="Liberation Sans" w:hAnsi="Liberation Sans" w:eastAsia="Heiti S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 w:line="269" w:lineRule="auto"/>
      <w:outlineLvl w:val="1"/>
    </w:pPr>
    <w:rPr>
      <w:rFonts w:asciiTheme="majorHAnsi" w:eastAsiaTheme="majorEastAsia" w:hAnsiTheme="majorHAnsi" w:cstheme="majorBidi" w:ascii="Liberation Sans" w:hAnsi="Liberation Sans" w:eastAsia="Hei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 w:line="269" w:lineRule="auto"/>
      <w:outlineLvl w:val="2"/>
    </w:pPr>
    <w:rPr>
      <w:rFonts w:asciiTheme="majorHAnsi" w:eastAsiaTheme="majorEastAsia" w:hAnsiTheme="majorHAnsi" w:cstheme="majorBidi" w:ascii="Liberation Sans" w:hAnsi="Liberation Sans" w:eastAsia="Heiti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9" w:lineRule="auto"/>
      <w:contextualSpacing/>
    </w:pPr>
    <w:rPr>
      <w:rFonts w:asciiTheme="majorHAnsi" w:eastAsiaTheme="majorEastAsia" w:hAnsiTheme="majorHAnsi" w:cstheme="majorBidi" w:ascii="Liberation Sans" w:hAnsi="Liberation Sans" w:eastAsia="Heiti S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69" w:lineRule="auto"/>
    </w:pPr>
    <w:rPr>
      <w:rFonts w:asciiTheme="majorHAnsi" w:eastAsiaTheme="majorEastAsia" w:hAnsiTheme="majorHAnsi" w:cstheme="majorBidi" w:ascii="Liberation Sans" w:hAnsi="Liberation Sans" w:eastAsia="Heiti SC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ythonCode">
    <w:name w:val="Python Code"/>
    <w:pPr>
      <w:keepNext/>
      <w:spacing w:after="0" w:line="264" w:lineRule="auto"/>
    </w:pPr>
    <w:rPr>
      <w:rFonts w:ascii="Liberation Mono" w:hAnsi="Liberation Mono" w:eastAsia="Heiti S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runoob.com/try/runcode.php?filename=HelloWorld&amp;type=python3" TargetMode="External"/><Relationship Id="rId12" Type="http://schemas.openxmlformats.org/officeDocument/2006/relationships/hyperlink" Target="https://www.pep.com.cn/xw/zt/rjwy/gzkb2020/202205/P020220517521187437000.pdf" TargetMode="External"/><Relationship Id="rId13" Type="http://schemas.openxmlformats.org/officeDocument/2006/relationships/hyperlink" Target="https://www.ictr.edu.cn/policy/cheng/detail/5526.html" TargetMode="External"/><Relationship Id="rId14" Type="http://schemas.openxmlformats.org/officeDocument/2006/relationships/hyperlink" Target="https://www.eeafj.cn/ptgzxkgsgg/20251107/143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