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第06课 一周校园运动打卡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用一个for循环生成连续的校园运动提醒。通过天数1、7、21和0，核对第一天、最后一天、提醒条数以及结束提示的位置。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能解释range的起点包含、终点不包含。</w:t>
      </w:r>
    </w:p>
    <w:p>
      <w:pPr/>
      <w:r>
        <w:rPr>
          <w:rFonts w:ascii="Arial" w:hAnsi="Arial" w:eastAsia="Hiragino Sans GB"/>
          <w:color w:val="000000"/>
        </w:rPr>
        <w:t>□ 能生成1至days的连续编号，结束提示只出现一次。</w:t>
      </w:r>
    </w:p>
    <w:p>
      <w:pPr/>
      <w:r>
        <w:rPr>
          <w:rFonts w:ascii="Arial" w:hAnsi="Arial" w:eastAsia="Hiragino Sans GB"/>
          <w:color w:val="000000"/>
        </w:rPr>
        <w:t>□ 能根据缩进判断哪些语句重复执行。</w:t>
      </w:r>
    </w:p>
    <w:p>
      <w:pPr/>
      <w:r>
        <w:rPr>
          <w:rFonts w:ascii="Arial" w:hAnsi="Arial" w:eastAsia="Hiragino Sans GB"/>
          <w:color w:val="000000"/>
        </w:rPr>
        <w:t>输入约定  天数为非负整数；标准练习采用7天和21天。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L6-S1  range(3)依次产生哪些整数？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L6-S2  要产生1、2、3，range(1, ___)应填什么？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L6-S3  for i in range(1, 3)的循环体后，未缩进的print("结束")执行几次？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L6-S4  补全 for day in range(1, ___):，让循环体print(day)输出1、2、3。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L6-S5  两天打卡后只输出一次“结束”，print("结束")应与for对齐还是与循环体对齐？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L6-M1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days = 7</w:t>
        <w:br/>
        <w:t>for day in range(1, ___):</w:t>
        <w:br/>
        <w:t xml:space="preserve">    print("第", day, "天：完成运动打卡")</w:t>
        <w:br/>
        <w:t>print("打卡计划结束")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days 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首尾/条数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首尾/条数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结束次数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7天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21天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0天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解释为何写days + 1；days为0时，为什么仍有一次结束提示？主任务保留原文案，阅读提醒变式另存。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L6-A1  基础  range(4)与range(1, 4)分别产生哪些数？各循环几次？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L6-A2  基础  把结束提示缩进到循环体内，days = 7时会出现几次？怎样恢复一次？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L6-B1  应用  改成3天的阅读提醒。另存程序，列出完整3条提醒和一次结束提示。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L6-B2  应用  某程序用range(1, days)，days = 7。它少了哪一天？用days = 1复核错误。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L6-C1  挑战  range(2, 11, 2)产生哪些数？第三个参数在此例中有什么作用？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L6-C2  挑战  检查days = 0和days = 21。设计三条验收规则，防止编号遗漏、重复或结束语多次出现。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L6-E1  独立完成：for i in range(3)的循环体执行几次？若要打印第1至第5天，应把循环头写成什么？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第06课_学生任务单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