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第07课 泉州故事阅读累计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按“第d天阅读d页”的模拟计划累计阅读量。逐轮追踪total，解释初始化与循环更新，再区分累加与累乘的初值。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能把累计量total在循环前初始化为0。</w:t>
      </w:r>
    </w:p>
    <w:p>
      <w:pPr/>
      <w:r>
        <w:rPr>
          <w:rFonts w:ascii="Arial" w:hAnsi="Arial" w:eastAsia="Hiragino Sans GB"/>
          <w:color w:val="000000"/>
        </w:rPr>
        <w:t>□ 能解释total = total + day并核对3、7、10、0天。</w:t>
      </w:r>
    </w:p>
    <w:p>
      <w:pPr/>
      <w:r>
        <w:rPr>
          <w:rFonts w:ascii="Arial" w:hAnsi="Arial" w:eastAsia="Hiragino Sans GB"/>
          <w:color w:val="000000"/>
        </w:rPr>
        <w:t>□ 能用逐轮表定位把初始化写进循环的错误。</w:t>
      </w:r>
    </w:p>
    <w:p>
      <w:pPr/>
      <w:r>
        <w:rPr>
          <w:rFonts w:ascii="Arial" w:hAnsi="Arial" w:eastAsia="Hiragino Sans GB"/>
          <w:color w:val="000000"/>
        </w:rPr>
        <w:t>输入约定  天数为非负整数；第day天读day页是本课模拟规则。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>
        <w:keepNext/>
      </w:pPr>
      <w:r>
        <w:rPr>
          <w:rFonts w:ascii="Arial" w:hAnsi="Arial" w:eastAsia="Hiragino Sans GB"/>
          <w:color w:val="000000"/>
        </w:rPr>
        <w:t>L7-S1  要从0页开始累计，total的初值应为多少？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L7-S2  旧total = 1，day = 2，执行total = total + day后是多少？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L7-S3  若只累计偶数天，day % 2 == ___应填什么？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L7-S4  total = 0，循环day为1、2、3。更新行补成total = ___，累计当天页数。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L7-S5  循环day为1至4，只在day % 2 == 0时执行total = total + ___。最终几页？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L7-M1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按下面四步完成同一个程序。表中各组输入使用同一套计算规则。</w:t>
      </w:r>
    </w:p>
    <w:p>
      <w:pPr/>
      <w:r>
        <w:rPr>
          <w:rFonts w:ascii="Arial" w:hAnsi="Arial" w:eastAsia="Hiragino Sans GB"/>
          <w:color w:val="000000"/>
        </w:rPr>
        <w:t>预测：先填写表中关键结果；对长时间模型可写估计并注明“估计”。</w:t>
      </w:r>
    </w:p>
    <w:p>
      <w:pPr/>
      <w:r>
        <w:rPr>
          <w:rFonts w:ascii="Arial" w:hAnsi="Arial" w:eastAsia="Hiragino Sans GB"/>
          <w:color w:val="000000"/>
        </w:rPr>
        <w:t>修改：补全空白，保留主任务变量名和输出语句；每组只改数据区。</w:t>
      </w:r>
    </w:p>
    <w:p>
      <w:pPr/>
      <w:r>
        <w:rPr>
          <w:rFonts w:ascii="Arial" w:hAnsi="Arial" w:eastAsia="Hiragino Sans GB"/>
          <w:color w:val="000000"/>
        </w:rPr>
        <w:t>运行：逐组运行并对照预测；记录一处修改及其原因。</w:t>
      </w:r>
    </w:p>
    <w:p>
      <w:pPr/>
      <w:r>
        <w:rPr>
          <w:rFonts w:ascii="Arial" w:hAnsi="Arial" w:eastAsia="Hiragino Sans GB"/>
          <w:color w:val="000000"/>
        </w:rPr>
        <w:t>解释：用关键语句说明结果。迁移题另存程序、按新规则验收。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days = 7</w:t>
        <w:br/>
        <w:t>total = ___</w:t>
        <w:br/>
        <w:t>for day in range(1, days + 1):</w:t>
        <w:br/>
        <w:t xml:space="preserve">    total = ___ + day</w:t>
        <w:br/>
        <w:t xml:space="preserve">    print("第", day, "天累计", total, "页")</w:t>
        <w:br/>
        <w:t>print("总阅读量", total, "页")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days 天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total 页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total 页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累计过程证据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3天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7天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10天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0天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用3天写出total的0→___→___→___变化。为什么total = 0要放在循环之前？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>
        <w:keepNext/>
      </w:pPr>
      <w:r>
        <w:rPr>
          <w:rFonts w:ascii="Arial" w:hAnsi="Arial" w:eastAsia="Hiragino Sans GB"/>
          <w:color w:val="000000"/>
        </w:rPr>
        <w:t>L7-A1  基础  逐轮写出第1、2、3天结束后的total；当天页数与累计页数相同吗？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L7-A2  基础  若把total = 0放在循环体最前，days = 7最后会得到多少？解释。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L7-B1  应用  改为连续5天，每天固定读2页。另存程序，写累计更新行及结果。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L7-B2  应用  只累计1至7中偶数天的页数。先列出相加的数，再写if与累计语句。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L7-C1  挑战  计算1×2×3×4×5。累乘的初值该用0还是1？写出更新行和结果。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L7-C2  挑战  用0、1、10天设计初始化和循环边界测试，写出各自预期，并说明每组能检查什么。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>
        <w:keepNext/>
      </w:pPr>
      <w:r>
        <w:rPr>
          <w:rFonts w:ascii="Arial" w:hAnsi="Arial" w:eastAsia="Hiragino Sans GB"/>
          <w:color w:val="000000"/>
        </w:rPr>
        <w:t>L7-E1  独立完成：把1、2、3累加到total中，初值0和10各得到多少？写出每轮更新行，并解释两者为什么不同。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第07课_学生任务单</dc:title>
  <dc:subject>Python生活实验室十二课完整课程包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